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96836" w14:textId="69868C75" w:rsidR="00405032" w:rsidRDefault="001E6C25">
      <w:r>
        <w:t>Complete this form to document business travel and indicate whether funding is requested. Include the applicable supporting documentation and approvals.</w:t>
      </w:r>
    </w:p>
    <w:p w14:paraId="283FB70F" w14:textId="77777777" w:rsidR="00405032" w:rsidRDefault="001E6C25">
      <w:pPr>
        <w:pStyle w:val="Heading1"/>
      </w:pPr>
      <w:r>
        <w:t>Employee and travel information</w:t>
      </w:r>
    </w:p>
    <w:p w14:paraId="2F5E9351" w14:textId="0DB5C53B" w:rsidR="00405032" w:rsidRDefault="001E6C25">
      <w:r>
        <w:t xml:space="preserve">Full name: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0" w:name="Text28"/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  <w:bookmarkEnd w:id="0"/>
      <w:r w:rsidR="00A30D1F">
        <w:rPr>
          <w:rFonts w:ascii="Segoe UI" w:hAnsi="Segoe UI" w:cs="Segoe UI"/>
          <w:sz w:val="16"/>
          <w:szCs w:val="16"/>
        </w:rPr>
        <w:t xml:space="preserve">  </w:t>
      </w:r>
      <w:r>
        <w:t xml:space="preserve"> </w:t>
      </w:r>
      <w:r w:rsidR="00A30D1F">
        <w:t xml:space="preserve">         </w:t>
      </w:r>
      <w:r>
        <w:t xml:space="preserve">Title: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5A464E3C" w14:textId="31DB7885" w:rsidR="00405032" w:rsidRDefault="001E6C25">
      <w:r>
        <w:t xml:space="preserve">Department: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A30D1F">
        <w:rPr>
          <w:rFonts w:ascii="Segoe UI" w:hAnsi="Segoe UI" w:cs="Segoe UI"/>
          <w:sz w:val="16"/>
          <w:szCs w:val="16"/>
        </w:rPr>
        <w:t xml:space="preserve">       </w:t>
      </w:r>
      <w:r>
        <w:t xml:space="preserve"> Telephone: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56343C65" w14:textId="7A1A1988" w:rsidR="00405032" w:rsidRDefault="001E6C25">
      <w:r>
        <w:t xml:space="preserve">Destination: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2CFDDE69" w14:textId="1F79275E" w:rsidR="00405032" w:rsidRDefault="001E6C25">
      <w:r>
        <w:t xml:space="preserve">Departure date: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A30D1F">
        <w:rPr>
          <w:rFonts w:ascii="Segoe UI" w:hAnsi="Segoe UI" w:cs="Segoe UI"/>
          <w:sz w:val="16"/>
          <w:szCs w:val="16"/>
        </w:rPr>
        <w:t xml:space="preserve">       </w:t>
      </w:r>
      <w:r>
        <w:t xml:space="preserve"> Return date:</w:t>
      </w:r>
      <w:r w:rsidR="00181126">
        <w:t xml:space="preserve">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224A3551" w14:textId="77777777" w:rsidR="00405032" w:rsidRDefault="001E6C25">
      <w:pPr>
        <w:pStyle w:val="Heading1"/>
      </w:pPr>
      <w:r>
        <w:t>Funding request status</w:t>
      </w:r>
    </w:p>
    <w:p w14:paraId="13EC2FBB" w14:textId="1BD8D428" w:rsidR="00405032" w:rsidRDefault="001E6C25">
      <w:r>
        <w:t xml:space="preserve">Select one:  </w:t>
      </w:r>
      <w:sdt>
        <w:sdtPr>
          <w:alias w:val="Funding requested"/>
          <w:tag w:val="Funding requested"/>
          <w:id w:val="-1338537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A2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Funding requested     </w:t>
      </w:r>
      <w:sdt>
        <w:sdtPr>
          <w:alias w:val="No funding requested"/>
          <w:tag w:val="No funding requested"/>
          <w:id w:val="130134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A2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funding requested — informational only</w:t>
      </w:r>
    </w:p>
    <w:p w14:paraId="66EFE176" w14:textId="77777777" w:rsidR="00405032" w:rsidRDefault="001E6C25">
      <w:pPr>
        <w:pStyle w:val="Heading1"/>
      </w:pPr>
      <w:r>
        <w:t>Business purpose of travel</w:t>
      </w:r>
    </w:p>
    <w:p w14:paraId="1BA9657A" w14:textId="77777777" w:rsidR="00405032" w:rsidRDefault="001E6C25">
      <w:r>
        <w:t>Explain the business purpose in detail. Attach relevant brochure pages, the agenda, conference hotel rate information, and registration documentation, as applicable.</w:t>
      </w:r>
    </w:p>
    <w:p w14:paraId="4D9C21D0" w14:textId="05E81526" w:rsidR="00181126" w:rsidRPr="009B7CD2" w:rsidRDefault="00A30D1F">
      <w:pPr>
        <w:rPr>
          <w:u w:val="single"/>
        </w:rPr>
      </w:pPr>
      <w:r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Pr="009B7CD2">
        <w:rPr>
          <w:rFonts w:ascii="Segoe UI" w:hAnsi="Segoe UI" w:cs="Segoe UI"/>
          <w:sz w:val="16"/>
          <w:szCs w:val="16"/>
          <w:u w:val="single"/>
        </w:rPr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35DD4AA1" w14:textId="77777777" w:rsidR="00405032" w:rsidRDefault="001E6C25">
      <w:pPr>
        <w:pStyle w:val="Heading1"/>
      </w:pPr>
      <w:r>
        <w:t>Estimated travel expenses</w:t>
      </w:r>
    </w:p>
    <w:tbl>
      <w:tblPr>
        <w:tblW w:w="0" w:type="auto"/>
        <w:tblLayout w:type="fixed"/>
        <w:tblLook w:val="04E0" w:firstRow="1" w:lastRow="1" w:firstColumn="1" w:lastColumn="0" w:noHBand="0" w:noVBand="1"/>
      </w:tblPr>
      <w:tblGrid>
        <w:gridCol w:w="3600"/>
        <w:gridCol w:w="2376"/>
        <w:gridCol w:w="4248"/>
      </w:tblGrid>
      <w:tr w:rsidR="00405032" w14:paraId="3565286A" w14:textId="77777777" w:rsidTr="00632347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84D61D" w14:textId="77777777" w:rsidR="00405032" w:rsidRDefault="001E6C25">
            <w:pPr>
              <w:spacing w:after="0"/>
            </w:pPr>
            <w:r>
              <w:rPr>
                <w:b/>
                <w:sz w:val="20"/>
              </w:rPr>
              <w:t>Expense category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16BEEC" w14:textId="77777777" w:rsidR="00405032" w:rsidRDefault="001E6C25">
            <w:pPr>
              <w:spacing w:after="0"/>
            </w:pPr>
            <w:r>
              <w:rPr>
                <w:b/>
                <w:sz w:val="20"/>
              </w:rPr>
              <w:t>Estimated amount ($)</w:t>
            </w:r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A739E8" w14:textId="77777777" w:rsidR="00405032" w:rsidRDefault="001E6C25">
            <w:pPr>
              <w:spacing w:after="0"/>
            </w:pPr>
            <w:r>
              <w:rPr>
                <w:b/>
                <w:sz w:val="20"/>
              </w:rPr>
              <w:t>Notes</w:t>
            </w:r>
          </w:p>
        </w:tc>
      </w:tr>
      <w:tr w:rsidR="00632347" w14:paraId="15BF1BAF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CC27A7" w14:textId="77777777" w:rsidR="00632347" w:rsidRDefault="00632347" w:rsidP="00A34E82">
            <w:pPr>
              <w:spacing w:after="0"/>
            </w:pPr>
            <w:r>
              <w:rPr>
                <w:sz w:val="20"/>
              </w:rPr>
              <w:t>Airfare or train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9ED8A" w14:textId="524377E1" w:rsidR="00632347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Airfare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1" w:name="Airfare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="00AA7D7C"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BA7FA1" w14:textId="68CA0025" w:rsidR="00632347" w:rsidRDefault="00632347" w:rsidP="00A34E82">
            <w:pPr>
              <w:spacing w:after="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="001A3E0E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="001A3E0E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="001A3E0E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="001A3E0E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="001A3E0E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68D58A28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95B408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Personal vehicle mileage*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287E3C" w14:textId="11F72BFF" w:rsidR="00EE528A" w:rsidRPr="00A34E82" w:rsidRDefault="00F257D4" w:rsidP="00A34E82">
            <w:pPr>
              <w:spacing w:after="0"/>
              <w:rPr>
                <w:rFonts w:ascii="Segoe UI" w:hAnsi="Segoe UI" w:cs="Segoe UI"/>
                <w:sz w:val="16"/>
                <w:szCs w:val="16"/>
              </w:rPr>
            </w:pPr>
            <w:r w:rsidRPr="00A34E8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Mileage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2" w:name="Mileage"/>
            <w:r w:rsidRPr="00A34E8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34E82">
              <w:rPr>
                <w:rFonts w:ascii="Segoe UI" w:hAnsi="Segoe UI" w:cs="Segoe UI"/>
                <w:sz w:val="16"/>
                <w:szCs w:val="16"/>
              </w:rPr>
            </w:r>
            <w:r w:rsidRPr="00A34E8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="00AA7D7C" w:rsidRPr="00A34E82">
              <w:rPr>
                <w:rFonts w:ascii="Segoe UI" w:hAnsi="Segoe UI" w:cs="Segoe UI"/>
                <w:noProof/>
                <w:sz w:val="16"/>
                <w:szCs w:val="16"/>
              </w:rPr>
              <w:t>$</w:t>
            </w:r>
            <w:r w:rsidR="00A34E82" w:rsidRPr="00A34E82">
              <w:rPr>
                <w:rFonts w:ascii="Segoe UI" w:hAnsi="Segoe UI" w:cs="Segoe UI"/>
                <w:noProof/>
                <w:sz w:val="16"/>
                <w:szCs w:val="16"/>
              </w:rPr>
              <w:t>0</w:t>
            </w:r>
            <w:r w:rsidR="00AA7D7C" w:rsidRPr="00A34E82">
              <w:rPr>
                <w:rFonts w:ascii="Segoe UI" w:hAnsi="Segoe UI" w:cs="Segoe UI"/>
                <w:noProof/>
                <w:sz w:val="16"/>
                <w:szCs w:val="16"/>
              </w:rPr>
              <w:t>.00</w:t>
            </w:r>
            <w:r w:rsidRPr="00A34E82"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7F89C7" w14:textId="6AA1AD5C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223356B4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220BD4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Rental car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2CA20D" w14:textId="7BB64176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RentalCar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3" w:name="RentalCar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51A4FD" w14:textId="578493DD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2FC16B48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91F43C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Parking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36828" w14:textId="4BA4382A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Parking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4" w:name="Parking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CF8F83" w14:textId="14295F47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2F0A6302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3D8911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Tolls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C017D6" w14:textId="557E20AD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olls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5" w:name="Tolls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5F2B3C" w14:textId="1238E00B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62DE5418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84FEC5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Taxi or shuttle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2EAA80" w14:textId="112F6CF0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axi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6" w:name="Taxi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4FCFA8" w14:textId="2AF7B0C8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679D0A1B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4D0480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Lodging (days and rate)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B24591" w14:textId="1FE59E2A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Lodging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7" w:name="Lodging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23A5D0" w14:textId="7B45B7A1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5CD2CC3D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99D3B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Meal per diem (days and rate)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197BB" w14:textId="766B6241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Meals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8" w:name="Meals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96BCB9" w14:textId="3CA28690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480711F4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F2217F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Additional breakfast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FBB6BD" w14:textId="157D23CD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Breakfast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9" w:name="Breakfast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E53F2" w14:textId="42110B85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5D92B315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488978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Additional dinner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CE938A" w14:textId="544EF892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Dinner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10" w:name="Dinner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FEF1E4" w14:textId="22F3B28D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1CB03EE1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ED251D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Registration fee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5A660" w14:textId="2548388D" w:rsidR="00EE528A" w:rsidRDefault="00F257D4" w:rsidP="00A34E82">
            <w:pPr>
              <w:spacing w:after="0"/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Registration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11" w:name="Registration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BC665F" w14:textId="7A159EC4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EE528A" w14:paraId="40B85300" w14:textId="77777777" w:rsidTr="00A34E82">
        <w:trPr>
          <w:trHeight w:val="360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8F4A9" w14:textId="77777777" w:rsidR="00EE528A" w:rsidRDefault="00EE528A" w:rsidP="00A34E82">
            <w:pPr>
              <w:spacing w:after="0"/>
            </w:pPr>
            <w:r>
              <w:rPr>
                <w:sz w:val="20"/>
              </w:rPr>
              <w:t>Other (describe)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7ED6B4" w14:textId="5424530F" w:rsidR="00EE528A" w:rsidRPr="00A34E82" w:rsidRDefault="00A34E82" w:rsidP="00A34E82">
            <w:pPr>
              <w:spacing w:after="0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Other"/>
                  <w:enabled/>
                  <w:calcOnExit/>
                  <w:textInput>
                    <w:type w:val="number"/>
                    <w:default w:val="$0.00"/>
                    <w:format w:val="$#,##0.00"/>
                  </w:textInput>
                </w:ffData>
              </w:fldChar>
            </w:r>
            <w:bookmarkStart w:id="12" w:name="Other"/>
            <w:r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>
              <w:rPr>
                <w:rFonts w:ascii="Segoe UI" w:hAnsi="Segoe UI" w:cs="Segoe UI"/>
                <w:sz w:val="16"/>
                <w:szCs w:val="16"/>
              </w:rPr>
            </w:r>
            <w:r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>
              <w:rPr>
                <w:rFonts w:ascii="Segoe UI" w:hAnsi="Segoe UI" w:cs="Segoe UI"/>
                <w:noProof/>
                <w:sz w:val="16"/>
                <w:szCs w:val="16"/>
              </w:rPr>
              <w:t>$0.00</w:t>
            </w:r>
            <w:r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42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FF9308" w14:textId="2A78B359" w:rsidR="00EE528A" w:rsidRDefault="00EE528A" w:rsidP="00A34E82">
            <w:pPr>
              <w:spacing w:after="0"/>
            </w:pP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073B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A073B7">
              <w:rPr>
                <w:rFonts w:ascii="Segoe UI" w:hAnsi="Segoe UI" w:cs="Segoe UI"/>
                <w:sz w:val="16"/>
                <w:szCs w:val="16"/>
              </w:rPr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A073B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7A551092" w14:textId="77777777" w:rsidR="00405032" w:rsidRDefault="001E6C25">
      <w:r>
        <w:rPr>
          <w:i/>
          <w:sz w:val="18"/>
        </w:rPr>
        <w:t>*Personal vehicles may be used only for trips of 300 miles or less each way, or 600 miles round trip. A rental vehicle or common carrier is required for trips exceeding 600 miles round trip.</w:t>
      </w:r>
    </w:p>
    <w:p w14:paraId="6D5CCDB8" w14:textId="3A82CDD5" w:rsidR="00405032" w:rsidRPr="00A62105" w:rsidRDefault="001E6C25">
      <w:pPr>
        <w:rPr>
          <w:sz w:val="24"/>
          <w:szCs w:val="24"/>
        </w:rPr>
      </w:pPr>
      <w:r w:rsidRPr="00A62105">
        <w:rPr>
          <w:b/>
          <w:sz w:val="24"/>
          <w:szCs w:val="24"/>
        </w:rPr>
        <w:t>Total estimated expense: $</w:t>
      </w:r>
      <w:r w:rsidR="009B7CD2" w:rsidRPr="00A62105">
        <w:rPr>
          <w:b/>
          <w:sz w:val="24"/>
          <w:szCs w:val="24"/>
        </w:rPr>
        <w:t xml:space="preserve"> </w:t>
      </w:r>
      <w:r w:rsidR="00F257D4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"/>
            <w:enabled w:val="0"/>
            <w:calcOnExit w:val="0"/>
            <w:textInput>
              <w:type w:val="calculated"/>
              <w:default w:val="=Airfare+Mileage+RentalCar+Parking+Tolls+Taxi+Lodging+Meals+Breakfast+Dinner+Registration+Other"/>
              <w:format w:val="#,##0.00"/>
            </w:textInput>
          </w:ffData>
        </w:fldChar>
      </w:r>
      <w:r w:rsidR="00F257D4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="00F257D4">
        <w:rPr>
          <w:rFonts w:ascii="Segoe UI" w:hAnsi="Segoe UI" w:cs="Segoe UI"/>
          <w:sz w:val="18"/>
          <w:szCs w:val="18"/>
          <w:u w:val="single"/>
        </w:rPr>
        <w:fldChar w:fldCharType="begin"/>
      </w:r>
      <w:r w:rsidR="00F257D4">
        <w:rPr>
          <w:rFonts w:ascii="Segoe UI" w:hAnsi="Segoe UI" w:cs="Segoe UI"/>
          <w:sz w:val="18"/>
          <w:szCs w:val="18"/>
          <w:u w:val="single"/>
        </w:rPr>
        <w:instrText xml:space="preserve"> =Airfare+Mileage+RentalCar+Parking+Tolls+Taxi+Lodging+Meals+Breakfast+Dinner+Registration+Other </w:instrText>
      </w:r>
      <w:r w:rsidR="00F257D4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A34E82">
        <w:rPr>
          <w:rFonts w:ascii="Segoe UI" w:hAnsi="Segoe UI" w:cs="Segoe UI"/>
          <w:noProof/>
          <w:sz w:val="18"/>
          <w:szCs w:val="18"/>
          <w:u w:val="single"/>
        </w:rPr>
        <w:instrText>$0.00</w:instrText>
      </w:r>
      <w:r w:rsidR="00F257D4">
        <w:rPr>
          <w:rFonts w:ascii="Segoe UI" w:hAnsi="Segoe UI" w:cs="Segoe UI"/>
          <w:sz w:val="18"/>
          <w:szCs w:val="18"/>
          <w:u w:val="single"/>
        </w:rPr>
        <w:fldChar w:fldCharType="end"/>
      </w:r>
      <w:r w:rsidR="00F257D4">
        <w:rPr>
          <w:rFonts w:ascii="Segoe UI" w:hAnsi="Segoe UI" w:cs="Segoe UI"/>
          <w:sz w:val="18"/>
          <w:szCs w:val="18"/>
          <w:u w:val="single"/>
        </w:rPr>
      </w:r>
      <w:r w:rsidR="00F257D4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A34E82">
        <w:rPr>
          <w:rFonts w:ascii="Segoe UI" w:hAnsi="Segoe UI" w:cs="Segoe UI"/>
          <w:noProof/>
          <w:sz w:val="18"/>
          <w:szCs w:val="18"/>
          <w:u w:val="single"/>
        </w:rPr>
        <w:t>0.00</w:t>
      </w:r>
      <w:r w:rsidR="00F257D4">
        <w:rPr>
          <w:rFonts w:ascii="Segoe UI" w:hAnsi="Segoe UI" w:cs="Segoe UI"/>
          <w:sz w:val="18"/>
          <w:szCs w:val="18"/>
          <w:u w:val="single"/>
        </w:rPr>
        <w:fldChar w:fldCharType="end"/>
      </w:r>
    </w:p>
    <w:p w14:paraId="1D099A9E" w14:textId="77777777" w:rsidR="009B7CD2" w:rsidRDefault="009B7CD2" w:rsidP="00E137A6">
      <w:pPr>
        <w:pStyle w:val="Title"/>
        <w:jc w:val="right"/>
      </w:pPr>
    </w:p>
    <w:p w14:paraId="51612ADD" w14:textId="34FE5B84" w:rsidR="00405032" w:rsidRDefault="001E6C25">
      <w:pPr>
        <w:pStyle w:val="Title"/>
      </w:pPr>
      <w:r>
        <w:lastRenderedPageBreak/>
        <w:t>Travel Funding and Approvals</w:t>
      </w:r>
    </w:p>
    <w:p w14:paraId="46144175" w14:textId="77777777" w:rsidR="00405032" w:rsidRDefault="001E6C25">
      <w:pPr>
        <w:pStyle w:val="Heading1"/>
      </w:pPr>
      <w:r>
        <w:t>Prepayment request</w:t>
      </w:r>
    </w:p>
    <w:p w14:paraId="1220124E" w14:textId="5445A510" w:rsidR="00405032" w:rsidRDefault="003D5998">
      <w:sdt>
        <w:sdtPr>
          <w:alias w:val="This request includes prepayment."/>
          <w:tag w:val="This request includes prepayment."/>
          <w:id w:val="1058752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A2E">
            <w:rPr>
              <w:rFonts w:ascii="MS Gothic" w:eastAsia="MS Gothic" w:hAnsi="MS Gothic" w:hint="eastAsia"/>
            </w:rPr>
            <w:t>☐</w:t>
          </w:r>
        </w:sdtContent>
      </w:sdt>
      <w:r w:rsidR="001E6C25">
        <w:t xml:space="preserve"> This request includes prepayment.</w:t>
      </w:r>
    </w:p>
    <w:p w14:paraId="736AE3EB" w14:textId="7B39636E" w:rsidR="00405032" w:rsidRDefault="001E6C25">
      <w:r>
        <w:t xml:space="preserve">Federal Payee ID Number, if requesting prepayment: </w:t>
      </w:r>
      <w:r w:rsidR="00AA1C33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A1C33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A1C33" w:rsidRPr="009B7CD2">
        <w:rPr>
          <w:rFonts w:ascii="Segoe UI" w:hAnsi="Segoe UI" w:cs="Segoe UI"/>
          <w:sz w:val="16"/>
          <w:szCs w:val="16"/>
          <w:u w:val="single"/>
        </w:rPr>
      </w:r>
      <w:r w:rsidR="00AA1C33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A1C33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A1C33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A1C33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A1C33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A1C33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A1C33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66B6A74E" w14:textId="77777777" w:rsidR="00405032" w:rsidRDefault="001E6C25">
      <w:pPr>
        <w:pStyle w:val="Heading1"/>
      </w:pPr>
      <w:r>
        <w:t>Funding accounts</w:t>
      </w:r>
    </w:p>
    <w:p w14:paraId="083D3BC6" w14:textId="77777777" w:rsidR="00405032" w:rsidRDefault="001E6C25">
      <w:r>
        <w:t>List the accounts to be charged in priority order.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5112"/>
        <w:gridCol w:w="2520"/>
      </w:tblGrid>
      <w:tr w:rsidR="00405032" w14:paraId="361BDBE9" w14:textId="77777777" w:rsidTr="00A30D1F">
        <w:trPr>
          <w:trHeight w:val="288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2AC5A4" w14:textId="77777777" w:rsidR="00405032" w:rsidRDefault="001E6C25">
            <w:pPr>
              <w:spacing w:after="0"/>
            </w:pPr>
            <w:r>
              <w:rPr>
                <w:b/>
                <w:sz w:val="20"/>
              </w:rPr>
              <w:t>Account number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ECEC95" w14:textId="77777777" w:rsidR="00405032" w:rsidRDefault="001E6C25">
            <w:pPr>
              <w:spacing w:after="0"/>
            </w:pPr>
            <w:r>
              <w:rPr>
                <w:b/>
                <w:sz w:val="20"/>
              </w:rPr>
              <w:t>Department title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3CFF52" w14:textId="77777777" w:rsidR="00405032" w:rsidRDefault="001E6C25">
            <w:pPr>
              <w:spacing w:after="0"/>
            </w:pPr>
            <w:r>
              <w:rPr>
                <w:b/>
                <w:sz w:val="20"/>
              </w:rPr>
              <w:t>Amount to charge ($)</w:t>
            </w:r>
          </w:p>
        </w:tc>
      </w:tr>
      <w:tr w:rsidR="00A30D1F" w14:paraId="10FB2BF0" w14:textId="77777777" w:rsidTr="00A30D1F">
        <w:trPr>
          <w:trHeight w:val="288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03B6E" w14:textId="4AE90E8A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4D73D" w14:textId="59A81D98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41DE56" w14:textId="0744D0B4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A30D1F" w14:paraId="74F390F3" w14:textId="77777777" w:rsidTr="00A30D1F">
        <w:trPr>
          <w:trHeight w:val="288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D158FD" w14:textId="69DF9906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4F8EFC" w14:textId="21842C15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D03B1" w14:textId="76073B5D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A30D1F" w14:paraId="1053B99C" w14:textId="77777777" w:rsidTr="00A30D1F">
        <w:trPr>
          <w:trHeight w:val="288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0CB529" w14:textId="41FE73AA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8EBB89" w14:textId="669BEFA1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BD6836" w14:textId="0E7D64E9" w:rsidR="00A30D1F" w:rsidRDefault="00A30D1F" w:rsidP="00A30D1F">
            <w:pPr>
              <w:spacing w:after="0"/>
            </w:pP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92C48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592C48">
              <w:rPr>
                <w:rFonts w:ascii="Segoe UI" w:hAnsi="Segoe UI" w:cs="Segoe UI"/>
                <w:sz w:val="16"/>
                <w:szCs w:val="16"/>
              </w:rPr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592C48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77044EEA" w14:textId="2E74AA35" w:rsidR="00405032" w:rsidRDefault="00E33D8A" w:rsidP="00AA1C33">
      <w:pPr>
        <w:pStyle w:val="Heading1"/>
        <w:spacing w:before="600"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75E2CC" wp14:editId="0215BD72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483350" cy="0"/>
                <wp:effectExtent l="0" t="19050" r="31750" b="19050"/>
                <wp:wrapNone/>
                <wp:docPr id="95773655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FAB15" id="Straight Connector 1" o:spid="_x0000_s1026" alt="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45pt" to="510.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" strokecolor="#272727 [2749]" strokeweight="2.25pt">
                <v:stroke linestyle="thinThin"/>
              </v:line>
            </w:pict>
          </mc:Fallback>
        </mc:AlternateContent>
      </w:r>
      <w:r w:rsidR="001E6C25">
        <w:t>Approvals and funding authorization</w:t>
      </w:r>
    </w:p>
    <w:p w14:paraId="7B545E84" w14:textId="77777777" w:rsidR="00405032" w:rsidRDefault="001E6C25">
      <w:r>
        <w:rPr>
          <w:b/>
        </w:rPr>
        <w:t>Traveler certification</w:t>
      </w:r>
    </w:p>
    <w:p w14:paraId="6EBAE35D" w14:textId="77777777" w:rsidR="00405032" w:rsidRDefault="001E6C25" w:rsidP="008D58FF">
      <w:pPr>
        <w:spacing w:after="240"/>
      </w:pPr>
      <w:r>
        <w:t>Typing your full legal name in the electronic signature field constitutes approval.</w:t>
      </w:r>
    </w:p>
    <w:p w14:paraId="6C67001B" w14:textId="35E830D2" w:rsidR="00AA1C33" w:rsidRPr="00AA1C33" w:rsidRDefault="006C2A8B" w:rsidP="00AA1C33">
      <w:pPr>
        <w:spacing w:after="360"/>
        <w:rPr>
          <w:rFonts w:ascii="Segoe UI" w:hAnsi="Segoe UI" w:cs="Segoe UI"/>
          <w:sz w:val="16"/>
          <w:szCs w:val="1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5ADBA1A" wp14:editId="28711847">
                <wp:simplePos x="0" y="0"/>
                <wp:positionH relativeFrom="column">
                  <wp:posOffset>0</wp:posOffset>
                </wp:positionH>
                <wp:positionV relativeFrom="paragraph">
                  <wp:posOffset>294640</wp:posOffset>
                </wp:positionV>
                <wp:extent cx="6483350" cy="0"/>
                <wp:effectExtent l="0" t="0" r="0" b="0"/>
                <wp:wrapNone/>
                <wp:docPr id="46052913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AD4ED" id="Straight Connector 1" o:spid="_x0000_s1026" alt="&quot;&quot;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3.2pt" to="510.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" strokecolor="#d8d8d8 [2732]" strokeweight="1.5pt">
                <v:stroke dashstyle="1 1"/>
              </v:line>
            </w:pict>
          </mc:Fallback>
        </mc:AlternateContent>
      </w:r>
      <w:r w:rsidR="001E6C25">
        <w:t xml:space="preserve">Electronic signature: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A30D1F">
        <w:rPr>
          <w:rFonts w:ascii="Segoe UI" w:hAnsi="Segoe UI" w:cs="Segoe UI"/>
          <w:sz w:val="16"/>
          <w:szCs w:val="16"/>
        </w:rPr>
        <w:t xml:space="preserve">                            </w:t>
      </w:r>
      <w:r w:rsidR="001E6C25">
        <w:t xml:space="preserve">  Date: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38AC61F9" w14:textId="06659169" w:rsidR="00405032" w:rsidRDefault="00A05591" w:rsidP="008D58FF">
      <w:pPr>
        <w:spacing w:after="240"/>
      </w:pPr>
      <w:r>
        <w:rPr>
          <w:b/>
        </w:rPr>
        <w:t>Department chair approval</w:t>
      </w:r>
    </w:p>
    <w:p w14:paraId="5AE571C4" w14:textId="2FDFA014" w:rsidR="00A30D1F" w:rsidRDefault="006C2A8B" w:rsidP="00525278">
      <w:pPr>
        <w:spacing w:after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10CE301" wp14:editId="4444086A">
                <wp:simplePos x="0" y="0"/>
                <wp:positionH relativeFrom="column">
                  <wp:posOffset>0</wp:posOffset>
                </wp:positionH>
                <wp:positionV relativeFrom="paragraph">
                  <wp:posOffset>294640</wp:posOffset>
                </wp:positionV>
                <wp:extent cx="6483350" cy="0"/>
                <wp:effectExtent l="0" t="0" r="0" b="0"/>
                <wp:wrapNone/>
                <wp:docPr id="78409003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1266CE" id="Straight Connector 1" o:spid="_x0000_s1026" alt="&quot;&quot;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3.2pt" to="510.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" strokecolor="#d8d8d8 [2732]" strokeweight="1.5pt">
                <v:stroke dashstyle="1 1"/>
              </v:line>
            </w:pict>
          </mc:Fallback>
        </mc:AlternateContent>
      </w:r>
      <w:r w:rsidR="00A30D1F">
        <w:t xml:space="preserve">Electronic signature: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A30D1F">
        <w:rPr>
          <w:rFonts w:ascii="Segoe UI" w:hAnsi="Segoe UI" w:cs="Segoe UI"/>
          <w:sz w:val="16"/>
          <w:szCs w:val="16"/>
        </w:rPr>
        <w:t xml:space="preserve">                            </w:t>
      </w:r>
      <w:r w:rsidR="00A30D1F">
        <w:t xml:space="preserve">  Date: 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A30D1F" w:rsidRPr="009B7CD2">
        <w:rPr>
          <w:rFonts w:ascii="Segoe UI" w:hAnsi="Segoe UI" w:cs="Segoe UI"/>
          <w:sz w:val="16"/>
          <w:szCs w:val="16"/>
          <w:u w:val="single"/>
        </w:rPr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A30D1F"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0CDC6A51" w14:textId="31A22B0B" w:rsidR="00405032" w:rsidRDefault="001E6C25" w:rsidP="008D58FF">
      <w:pPr>
        <w:spacing w:after="240"/>
      </w:pPr>
      <w:r>
        <w:rPr>
          <w:b/>
        </w:rPr>
        <w:t>Dean approval</w:t>
      </w:r>
    </w:p>
    <w:p w14:paraId="2E89D5A5" w14:textId="77777777" w:rsidR="00A05591" w:rsidRDefault="00A30D1F" w:rsidP="00A05591">
      <w:pPr>
        <w:spacing w:after="120"/>
      </w:pPr>
      <w:r>
        <w:t xml:space="preserve">Electronic signature: </w:t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Pr="009B7CD2">
        <w:rPr>
          <w:rFonts w:ascii="Segoe UI" w:hAnsi="Segoe UI" w:cs="Segoe UI"/>
          <w:sz w:val="16"/>
          <w:szCs w:val="16"/>
          <w:u w:val="single"/>
        </w:rPr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  <w:r>
        <w:rPr>
          <w:rFonts w:ascii="Segoe UI" w:hAnsi="Segoe UI" w:cs="Segoe UI"/>
          <w:sz w:val="16"/>
          <w:szCs w:val="16"/>
        </w:rPr>
        <w:t xml:space="preserve">                            </w:t>
      </w:r>
      <w:r>
        <w:t xml:space="preserve">  Date: </w:t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9B7CD2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Pr="009B7CD2">
        <w:rPr>
          <w:rFonts w:ascii="Segoe UI" w:hAnsi="Segoe UI" w:cs="Segoe UI"/>
          <w:sz w:val="16"/>
          <w:szCs w:val="16"/>
          <w:u w:val="single"/>
        </w:rPr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Pr="009B7CD2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4CB66DB4" w14:textId="7EA22C49" w:rsidR="00AA1C33" w:rsidRDefault="00E33D8A" w:rsidP="00A05591">
      <w:pPr>
        <w:spacing w:after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4EEB6A0" wp14:editId="6CB12788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6483350" cy="0"/>
                <wp:effectExtent l="0" t="19050" r="31750" b="19050"/>
                <wp:wrapNone/>
                <wp:docPr id="28345408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B29EA" id="Straight Connector 1" o:spid="_x0000_s1026" alt="&quot;&quot;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1.2pt" to="510.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" strokecolor="#272727 [2749]" strokeweight="2.25pt">
                <v:stroke linestyle="thinThin"/>
              </v:line>
            </w:pict>
          </mc:Fallback>
        </mc:AlternateContent>
      </w:r>
    </w:p>
    <w:p w14:paraId="005A55A5" w14:textId="77777777" w:rsidR="00405032" w:rsidRDefault="001E6C25">
      <w:pPr>
        <w:pStyle w:val="Heading1"/>
      </w:pPr>
      <w:r>
        <w:t>Submission instructions</w:t>
      </w:r>
    </w:p>
    <w:p w14:paraId="2494565D" w14:textId="629935CB" w:rsidR="00405032" w:rsidRDefault="001E6C25">
      <w:r>
        <w:t>Send the completed form and supporting documentation to</w:t>
      </w:r>
      <w:r w:rsidR="00A30D1F">
        <w:t xml:space="preserve"> Teresa LoGalbo</w:t>
      </w:r>
      <w:r>
        <w:t>:</w:t>
      </w:r>
    </w:p>
    <w:p w14:paraId="73D89337" w14:textId="4EAA2CCA" w:rsidR="002016B0" w:rsidRDefault="002016B0">
      <w:hyperlink r:id="rId11" w:history="1">
        <w:r w:rsidRPr="002016B0">
          <w:rPr>
            <w:rStyle w:val="Hyperlink"/>
          </w:rPr>
          <w:t>logalbtc@buffalostate.edu</w:t>
        </w:r>
      </w:hyperlink>
    </w:p>
    <w:p w14:paraId="644E75A4" w14:textId="77777777" w:rsidR="008D58FF" w:rsidRDefault="001E6C25">
      <w:r>
        <w:t>School of Arts and Sciences Dean’s Office</w:t>
      </w:r>
      <w:r>
        <w:br/>
        <w:t>Rockwell Hall, Room 222</w:t>
      </w:r>
    </w:p>
    <w:p w14:paraId="69C1E2D5" w14:textId="455EE39A" w:rsidR="00405032" w:rsidRDefault="001E6C25">
      <w:r>
        <w:t>Telephone: 716-878-6326</w:t>
      </w:r>
    </w:p>
    <w:p w14:paraId="564FBFCB" w14:textId="77777777" w:rsidR="00A30D1F" w:rsidRDefault="00A30D1F"/>
    <w:sectPr w:rsidR="00A30D1F" w:rsidSect="00181126">
      <w:headerReference w:type="first" r:id="rId12"/>
      <w:footerReference w:type="first" r:id="rId13"/>
      <w:pgSz w:w="12240" w:h="15840"/>
      <w:pgMar w:top="864" w:right="1008" w:bottom="864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8614A" w14:textId="77777777" w:rsidR="003D5998" w:rsidRDefault="003D5998" w:rsidP="005A4984">
      <w:pPr>
        <w:spacing w:after="0"/>
      </w:pPr>
      <w:r>
        <w:separator/>
      </w:r>
    </w:p>
  </w:endnote>
  <w:endnote w:type="continuationSeparator" w:id="0">
    <w:p w14:paraId="707F35B9" w14:textId="77777777" w:rsidR="003D5998" w:rsidRDefault="003D5998" w:rsidP="005A49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B943" w14:textId="75231A38" w:rsidR="005F113B" w:rsidRPr="00E137A6" w:rsidRDefault="005F113B" w:rsidP="005F113B">
    <w:pPr>
      <w:pStyle w:val="Footer"/>
      <w:jc w:val="right"/>
      <w:rPr>
        <w:sz w:val="18"/>
        <w:szCs w:val="18"/>
      </w:rPr>
    </w:pPr>
    <w:r w:rsidRPr="00E137A6">
      <w:rPr>
        <w:sz w:val="18"/>
        <w:szCs w:val="18"/>
      </w:rPr>
      <w:t>[Revised 9/16/2026]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A232" w14:textId="77777777" w:rsidR="003D5998" w:rsidRDefault="003D5998" w:rsidP="005A4984">
      <w:pPr>
        <w:spacing w:after="0"/>
      </w:pPr>
      <w:r>
        <w:separator/>
      </w:r>
    </w:p>
  </w:footnote>
  <w:footnote w:type="continuationSeparator" w:id="0">
    <w:p w14:paraId="47ADF57E" w14:textId="77777777" w:rsidR="003D5998" w:rsidRDefault="003D5998" w:rsidP="005A49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10"/>
      <w:gridCol w:w="5058"/>
    </w:tblGrid>
    <w:tr w:rsidR="00181126" w14:paraId="019F72E4" w14:textId="77777777" w:rsidTr="00F2106A">
      <w:tc>
        <w:tcPr>
          <w:tcW w:w="5310" w:type="dxa"/>
        </w:tcPr>
        <w:p w14:paraId="76F96338" w14:textId="77777777" w:rsidR="00181126" w:rsidRDefault="00181126" w:rsidP="00181126">
          <w:pPr>
            <w:pStyle w:val="Header"/>
          </w:pPr>
          <w:r>
            <w:rPr>
              <w:noProof/>
            </w:rPr>
            <w:drawing>
              <wp:inline distT="0" distB="0" distL="0" distR="0" wp14:anchorId="5D073558" wp14:editId="78966ABA">
                <wp:extent cx="3161030" cy="704850"/>
                <wp:effectExtent l="0" t="0" r="1270" b="0"/>
                <wp:docPr id="1522059135" name="Picture 1" descr="Arts &amp; Science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7552117" name="Picture 1" descr="Arts &amp; Sciences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4" t="11492" b="1120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8468" cy="7065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8" w:type="dxa"/>
          <w:vAlign w:val="center"/>
        </w:tcPr>
        <w:p w14:paraId="58604E0F" w14:textId="2F57E27C" w:rsidR="00181126" w:rsidRPr="000F3322" w:rsidRDefault="00181126" w:rsidP="00F2106A">
          <w:pPr>
            <w:jc w:val="right"/>
            <w:rPr>
              <w:rFonts w:ascii="Aptos" w:hAnsi="Aptos"/>
              <w:b/>
              <w:bCs/>
              <w:sz w:val="28"/>
              <w:szCs w:val="28"/>
            </w:rPr>
          </w:pPr>
          <w:r w:rsidRPr="00253209">
            <w:rPr>
              <w:rFonts w:ascii="Aptos" w:hAnsi="Aptos"/>
              <w:b/>
              <w:bCs/>
              <w:sz w:val="28"/>
              <w:szCs w:val="28"/>
            </w:rPr>
            <w:t>Travel Authorization and</w:t>
          </w:r>
          <w:r w:rsidR="00F2106A">
            <w:rPr>
              <w:rFonts w:ascii="Aptos" w:hAnsi="Aptos"/>
              <w:b/>
              <w:bCs/>
              <w:sz w:val="28"/>
              <w:szCs w:val="28"/>
            </w:rPr>
            <w:t xml:space="preserve"> </w:t>
          </w:r>
          <w:r w:rsidRPr="00253209">
            <w:rPr>
              <w:rFonts w:ascii="Aptos" w:hAnsi="Aptos"/>
              <w:b/>
              <w:bCs/>
              <w:sz w:val="28"/>
              <w:szCs w:val="28"/>
            </w:rPr>
            <w:t>Estimated</w:t>
          </w:r>
          <w:r>
            <w:rPr>
              <w:rFonts w:ascii="Aptos" w:hAnsi="Aptos"/>
              <w:b/>
              <w:bCs/>
              <w:sz w:val="28"/>
              <w:szCs w:val="28"/>
            </w:rPr>
            <w:t xml:space="preserve"> </w:t>
          </w:r>
          <w:r w:rsidRPr="00253209">
            <w:rPr>
              <w:rFonts w:ascii="Aptos" w:hAnsi="Aptos"/>
              <w:b/>
              <w:bCs/>
              <w:sz w:val="28"/>
              <w:szCs w:val="28"/>
            </w:rPr>
            <w:t>Expense Form</w:t>
          </w:r>
        </w:p>
      </w:tc>
    </w:tr>
  </w:tbl>
  <w:p w14:paraId="34A17D66" w14:textId="77777777" w:rsidR="00181126" w:rsidRDefault="001811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475384">
    <w:abstractNumId w:val="8"/>
  </w:num>
  <w:num w:numId="2" w16cid:durableId="1397242987">
    <w:abstractNumId w:val="6"/>
  </w:num>
  <w:num w:numId="3" w16cid:durableId="1927491008">
    <w:abstractNumId w:val="5"/>
  </w:num>
  <w:num w:numId="4" w16cid:durableId="811220027">
    <w:abstractNumId w:val="4"/>
  </w:num>
  <w:num w:numId="5" w16cid:durableId="997197936">
    <w:abstractNumId w:val="7"/>
  </w:num>
  <w:num w:numId="6" w16cid:durableId="934945164">
    <w:abstractNumId w:val="3"/>
  </w:num>
  <w:num w:numId="7" w16cid:durableId="497233179">
    <w:abstractNumId w:val="2"/>
  </w:num>
  <w:num w:numId="8" w16cid:durableId="2070223935">
    <w:abstractNumId w:val="1"/>
  </w:num>
  <w:num w:numId="9" w16cid:durableId="130423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1/WcLqJJux1EK614CwI1EIN6YjPeNoGywfEu8w0EO7FBPMrmHJnu+f0X+rZs+3lHdIPl108mDq/9fjc2Y3ArQ==" w:salt="/EKmgPszuU8qABzr5FJV9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970"/>
    <w:rsid w:val="0006063C"/>
    <w:rsid w:val="0015074B"/>
    <w:rsid w:val="00181126"/>
    <w:rsid w:val="00196384"/>
    <w:rsid w:val="001A3E0E"/>
    <w:rsid w:val="001E6C25"/>
    <w:rsid w:val="001F0BD6"/>
    <w:rsid w:val="001F3BBE"/>
    <w:rsid w:val="002016B0"/>
    <w:rsid w:val="0029639D"/>
    <w:rsid w:val="0029682B"/>
    <w:rsid w:val="00326F90"/>
    <w:rsid w:val="00364F9C"/>
    <w:rsid w:val="0038694A"/>
    <w:rsid w:val="003D5998"/>
    <w:rsid w:val="003E06D1"/>
    <w:rsid w:val="003E43A4"/>
    <w:rsid w:val="00405032"/>
    <w:rsid w:val="0042119B"/>
    <w:rsid w:val="00525278"/>
    <w:rsid w:val="00596A8E"/>
    <w:rsid w:val="005A4984"/>
    <w:rsid w:val="005F113B"/>
    <w:rsid w:val="00632347"/>
    <w:rsid w:val="006C1A2E"/>
    <w:rsid w:val="006C2A8B"/>
    <w:rsid w:val="007A4A3A"/>
    <w:rsid w:val="007F4233"/>
    <w:rsid w:val="00801C2D"/>
    <w:rsid w:val="00896EA9"/>
    <w:rsid w:val="008D58FF"/>
    <w:rsid w:val="00956ADB"/>
    <w:rsid w:val="00962B2A"/>
    <w:rsid w:val="009B7CD2"/>
    <w:rsid w:val="009D2E42"/>
    <w:rsid w:val="00A05591"/>
    <w:rsid w:val="00A203BD"/>
    <w:rsid w:val="00A2107C"/>
    <w:rsid w:val="00A30D1F"/>
    <w:rsid w:val="00A34E82"/>
    <w:rsid w:val="00A62105"/>
    <w:rsid w:val="00AA1C33"/>
    <w:rsid w:val="00AA1D8D"/>
    <w:rsid w:val="00AA7D7C"/>
    <w:rsid w:val="00B47730"/>
    <w:rsid w:val="00B91A88"/>
    <w:rsid w:val="00C35AA1"/>
    <w:rsid w:val="00C471D0"/>
    <w:rsid w:val="00CB0664"/>
    <w:rsid w:val="00DC5898"/>
    <w:rsid w:val="00E137A6"/>
    <w:rsid w:val="00E33D8A"/>
    <w:rsid w:val="00EE528A"/>
    <w:rsid w:val="00F2106A"/>
    <w:rsid w:val="00F257D4"/>
    <w:rsid w:val="00F47522"/>
    <w:rsid w:val="00F80174"/>
    <w:rsid w:val="00F94E35"/>
    <w:rsid w:val="00FB28D6"/>
    <w:rsid w:val="00FC693F"/>
    <w:rsid w:val="00FD0738"/>
    <w:rsid w:val="00FE598C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0714CBE5-A1E8-4B55-B21F-AA706129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016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logalbtc@buffalostate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7BD96B0DDDD45B7B88C6A4F763407" ma:contentTypeVersion="12" ma:contentTypeDescription="Create a new document." ma:contentTypeScope="" ma:versionID="3b11e65488c267f687c61803c39e8d25">
  <xsd:schema xmlns:xsd="http://www.w3.org/2001/XMLSchema" xmlns:xs="http://www.w3.org/2001/XMLSchema" xmlns:p="http://schemas.microsoft.com/office/2006/metadata/properties" xmlns:ns2="37747b09-4d4f-429b-bf56-d3c8754b4033" xmlns:ns3="d5bd0815-a919-4e69-90d0-3dcc4f9894b1" targetNamespace="http://schemas.microsoft.com/office/2006/metadata/properties" ma:root="true" ma:fieldsID="6e69ff9e3465f06833d724264ed0c9d5" ns2:_="" ns3:_="">
    <xsd:import namespace="37747b09-4d4f-429b-bf56-d3c8754b4033"/>
    <xsd:import namespace="d5bd0815-a919-4e69-90d0-3dcc4f989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47b09-4d4f-429b-bf56-d3c8754b4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d0815-a919-4e69-90d0-3dcc4f9894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0e28cd-7b53-4609-9661-9fbaeb6f440e}" ma:internalName="TaxCatchAll" ma:showField="CatchAllData" ma:web="d5bd0815-a919-4e69-90d0-3dcc4f9894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747b09-4d4f-429b-bf56-d3c8754b4033">
      <Terms xmlns="http://schemas.microsoft.com/office/infopath/2007/PartnerControls"/>
    </lcf76f155ced4ddcb4097134ff3c332f>
    <TaxCatchAll xmlns="d5bd0815-a919-4e69-90d0-3dcc4f9894b1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1854A6-A502-4320-8CEB-5AEC255B2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47b09-4d4f-429b-bf56-d3c8754b4033"/>
    <ds:schemaRef ds:uri="d5bd0815-a919-4e69-90d0-3dcc4f989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3E28B6-49F2-4714-B4E1-8AE14E7E73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2F0F00-BC56-427E-AE3F-B930D15F6776}">
  <ds:schemaRefs>
    <ds:schemaRef ds:uri="http://schemas.microsoft.com/office/2006/metadata/properties"/>
    <ds:schemaRef ds:uri="http://schemas.microsoft.com/office/infopath/2007/PartnerControls"/>
    <ds:schemaRef ds:uri="37747b09-4d4f-429b-bf56-d3c8754b4033"/>
    <ds:schemaRef ds:uri="d5bd0815-a919-4e69-90d0-3dcc4f989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Travel Request Form</dc:title>
  <dc:subject/>
  <dc:creator>School of Arts and Sciences</dc:creator>
  <cp:keywords/>
  <dc:description>generated by python-docx</dc:description>
  <cp:lastModifiedBy>Beaton, Amanda M</cp:lastModifiedBy>
  <cp:revision>48</cp:revision>
  <dcterms:created xsi:type="dcterms:W3CDTF">2013-12-23T23:15:00Z</dcterms:created>
  <dcterms:modified xsi:type="dcterms:W3CDTF">2026-09-24T13:02:00Z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0x010100AD57BD96B0DDDD45B7B88C6A4F763407</vt:lpwstr>
  </property>
  <property fmtid="{D5CDD505-2E9C-101B-9397-08002B2CF9AE}" pid="3" name="MediaServiceImageTags">
    <vt:lpwstr/>
  </property>
</Properties>
</file>