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ECD48" w14:textId="77777777" w:rsidR="00703BDB" w:rsidRDefault="007A3EF1">
      <w:r>
        <w:t>Use this form to request the purchase of goods using a Buffalo State Foundation account for which the School of Arts and Sciences Dean serves as Project Director.</w:t>
      </w:r>
    </w:p>
    <w:p w14:paraId="36D61906" w14:textId="77777777" w:rsidR="00703BDB" w:rsidRDefault="007A3EF1">
      <w:r>
        <w:t>All purchases must align with the intended purpose and allowable uses of the account being charged. If the vendor accepts credit card payments, the Dean’s Office may purchase the items on your behalf.</w:t>
      </w:r>
    </w:p>
    <w:p w14:paraId="4E8ADB2A" w14:textId="77777777" w:rsidR="00703BDB" w:rsidRDefault="007A3EF1" w:rsidP="00821533">
      <w:pPr>
        <w:spacing w:after="0"/>
        <w:rPr>
          <w:b/>
        </w:rPr>
      </w:pPr>
      <w:r>
        <w:rPr>
          <w:b/>
        </w:rPr>
        <w:t>Obtain approval before making a purchase. Reimbursement cannot be guaranteed for purchases made without prior approval.</w:t>
      </w:r>
    </w:p>
    <w:p w14:paraId="2121F5CC" w14:textId="2EDF4B4F" w:rsidR="00821533" w:rsidRDefault="00821533" w:rsidP="00821533">
      <w:pPr>
        <w:spacing w:after="0"/>
      </w:pPr>
      <w:r>
        <w:rPr>
          <w:noProof/>
        </w:rPr>
        <mc:AlternateContent>
          <mc:Choice Requires="wps">
            <w:drawing>
              <wp:anchor distT="0" distB="0" distL="114300" distR="114300" simplePos="0" relativeHeight="251663360" behindDoc="0" locked="0" layoutInCell="1" allowOverlap="1" wp14:anchorId="4758D204" wp14:editId="2A01E0DE">
                <wp:simplePos x="0" y="0"/>
                <wp:positionH relativeFrom="column">
                  <wp:posOffset>0</wp:posOffset>
                </wp:positionH>
                <wp:positionV relativeFrom="paragraph">
                  <wp:posOffset>151765</wp:posOffset>
                </wp:positionV>
                <wp:extent cx="6483350" cy="0"/>
                <wp:effectExtent l="0" t="19050" r="31750" b="19050"/>
                <wp:wrapNone/>
                <wp:docPr id="95773655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83350" cy="0"/>
                        </a:xfrm>
                        <a:prstGeom prst="line">
                          <a:avLst/>
                        </a:prstGeom>
                        <a:ln w="28575" cmpd="dbl">
                          <a:solidFill>
                            <a:schemeClr val="tx1">
                              <a:lumMod val="85000"/>
                              <a:lumOff val="1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2B6FD7" id="Straight Connector 1" o:spid="_x0000_s1026" alt="&quot;&quot;"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95pt" to="51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" strokecolor="#272727 [2749]" strokeweight="2.25pt">
                <v:stroke linestyle="thinThin"/>
              </v:line>
            </w:pict>
          </mc:Fallback>
        </mc:AlternateContent>
      </w:r>
    </w:p>
    <w:p w14:paraId="4006A7E2" w14:textId="77777777" w:rsidR="00703BDB" w:rsidRDefault="007A3EF1">
      <w:pPr>
        <w:pStyle w:val="Heading1"/>
      </w:pPr>
      <w:r>
        <w:t>Requestor information</w:t>
      </w:r>
    </w:p>
    <w:p w14:paraId="5A6369D5" w14:textId="7214FDEE" w:rsidR="00703BDB" w:rsidRDefault="007A3EF1">
      <w:r>
        <w:t xml:space="preserve">Requestor name: </w:t>
      </w:r>
      <w:r w:rsidR="005013C4" w:rsidRPr="001D5407">
        <w:rPr>
          <w:rFonts w:ascii="Segoe UI" w:hAnsi="Segoe UI" w:cs="Segoe UI"/>
          <w:sz w:val="16"/>
          <w:szCs w:val="16"/>
        </w:rPr>
        <w:fldChar w:fldCharType="begin">
          <w:ffData>
            <w:name w:val="Text28"/>
            <w:enabled/>
            <w:calcOnExit w:val="0"/>
            <w:textInput/>
          </w:ffData>
        </w:fldChar>
      </w:r>
      <w:bookmarkStart w:id="0" w:name="Text28"/>
      <w:r w:rsidR="005013C4" w:rsidRPr="001D5407">
        <w:rPr>
          <w:rFonts w:ascii="Segoe UI" w:hAnsi="Segoe UI" w:cs="Segoe UI"/>
          <w:sz w:val="16"/>
          <w:szCs w:val="16"/>
        </w:rPr>
        <w:instrText xml:space="preserve"> FORMTEXT </w:instrText>
      </w:r>
      <w:r w:rsidR="005013C4" w:rsidRPr="001D5407">
        <w:rPr>
          <w:rFonts w:ascii="Segoe UI" w:hAnsi="Segoe UI" w:cs="Segoe UI"/>
          <w:sz w:val="16"/>
          <w:szCs w:val="16"/>
        </w:rPr>
      </w:r>
      <w:r w:rsidR="005013C4" w:rsidRPr="001D5407">
        <w:rPr>
          <w:rFonts w:ascii="Segoe UI" w:hAnsi="Segoe UI" w:cs="Segoe UI"/>
          <w:sz w:val="16"/>
          <w:szCs w:val="16"/>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1D5407">
        <w:rPr>
          <w:rFonts w:ascii="Segoe UI" w:hAnsi="Segoe UI" w:cs="Segoe UI"/>
          <w:sz w:val="16"/>
          <w:szCs w:val="16"/>
        </w:rPr>
        <w:fldChar w:fldCharType="end"/>
      </w:r>
      <w:bookmarkEnd w:id="0"/>
    </w:p>
    <w:p w14:paraId="32DFFD53" w14:textId="1EC61B58" w:rsidR="00703BDB" w:rsidRDefault="007A3EF1">
      <w:r>
        <w:t xml:space="preserve">Department: </w:t>
      </w:r>
      <w:r w:rsidR="005013C4" w:rsidRPr="0002636C">
        <w:rPr>
          <w:rFonts w:ascii="Segoe UI" w:hAnsi="Segoe UI" w:cs="Segoe UI"/>
          <w:sz w:val="16"/>
          <w:szCs w:val="16"/>
          <w:u w:val="single"/>
        </w:rPr>
        <w:fldChar w:fldCharType="begin">
          <w:ffData>
            <w:name w:val="Text28"/>
            <w:enabled/>
            <w:calcOnExit w:val="0"/>
            <w:textInput/>
          </w:ffData>
        </w:fldChar>
      </w:r>
      <w:r w:rsidR="005013C4" w:rsidRPr="0002636C">
        <w:rPr>
          <w:rFonts w:ascii="Segoe UI" w:hAnsi="Segoe UI" w:cs="Segoe UI"/>
          <w:sz w:val="16"/>
          <w:szCs w:val="16"/>
          <w:u w:val="single"/>
        </w:rPr>
        <w:instrText xml:space="preserve"> FORMTEXT </w:instrText>
      </w:r>
      <w:r w:rsidR="005013C4" w:rsidRPr="0002636C">
        <w:rPr>
          <w:rFonts w:ascii="Segoe UI" w:hAnsi="Segoe UI" w:cs="Segoe UI"/>
          <w:sz w:val="16"/>
          <w:szCs w:val="16"/>
          <w:u w:val="single"/>
        </w:rPr>
      </w:r>
      <w:r w:rsidR="005013C4" w:rsidRPr="0002636C">
        <w:rPr>
          <w:rFonts w:ascii="Segoe UI" w:hAnsi="Segoe UI" w:cs="Segoe UI"/>
          <w:sz w:val="16"/>
          <w:szCs w:val="16"/>
          <w:u w:val="single"/>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fldChar w:fldCharType="end"/>
      </w:r>
    </w:p>
    <w:p w14:paraId="56063709" w14:textId="77777777" w:rsidR="00703BDB" w:rsidRDefault="007A3EF1">
      <w:pPr>
        <w:pStyle w:val="Heading1"/>
      </w:pPr>
      <w:r>
        <w:t>Purchase information</w:t>
      </w:r>
    </w:p>
    <w:p w14:paraId="221F377E" w14:textId="5BED465B" w:rsidR="007860B5" w:rsidRDefault="007A3EF1">
      <w:r>
        <w:t xml:space="preserve">Description of items to be purchased: </w:t>
      </w:r>
      <w:r w:rsidR="005013C4" w:rsidRPr="0002636C">
        <w:rPr>
          <w:rFonts w:ascii="Segoe UI" w:hAnsi="Segoe UI" w:cs="Segoe UI"/>
          <w:sz w:val="16"/>
          <w:szCs w:val="16"/>
          <w:u w:val="single"/>
        </w:rPr>
        <w:fldChar w:fldCharType="begin">
          <w:ffData>
            <w:name w:val="Text28"/>
            <w:enabled/>
            <w:calcOnExit w:val="0"/>
            <w:textInput/>
          </w:ffData>
        </w:fldChar>
      </w:r>
      <w:r w:rsidR="005013C4" w:rsidRPr="0002636C">
        <w:rPr>
          <w:rFonts w:ascii="Segoe UI" w:hAnsi="Segoe UI" w:cs="Segoe UI"/>
          <w:sz w:val="16"/>
          <w:szCs w:val="16"/>
          <w:u w:val="single"/>
        </w:rPr>
        <w:instrText xml:space="preserve"> FORMTEXT </w:instrText>
      </w:r>
      <w:r w:rsidR="005013C4" w:rsidRPr="0002636C">
        <w:rPr>
          <w:rFonts w:ascii="Segoe UI" w:hAnsi="Segoe UI" w:cs="Segoe UI"/>
          <w:sz w:val="16"/>
          <w:szCs w:val="16"/>
          <w:u w:val="single"/>
        </w:rPr>
      </w:r>
      <w:r w:rsidR="005013C4" w:rsidRPr="0002636C">
        <w:rPr>
          <w:rFonts w:ascii="Segoe UI" w:hAnsi="Segoe UI" w:cs="Segoe UI"/>
          <w:sz w:val="16"/>
          <w:szCs w:val="16"/>
          <w:u w:val="single"/>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fldChar w:fldCharType="end"/>
      </w:r>
    </w:p>
    <w:p w14:paraId="38B47266" w14:textId="2E027543" w:rsidR="00703BDB" w:rsidRDefault="007A3EF1">
      <w:r>
        <w:t xml:space="preserve">Vendor or payee name: </w:t>
      </w:r>
      <w:r w:rsidR="005013C4" w:rsidRPr="0002636C">
        <w:rPr>
          <w:rFonts w:ascii="Segoe UI" w:hAnsi="Segoe UI" w:cs="Segoe UI"/>
          <w:sz w:val="16"/>
          <w:szCs w:val="16"/>
          <w:u w:val="single"/>
        </w:rPr>
        <w:fldChar w:fldCharType="begin">
          <w:ffData>
            <w:name w:val="Text28"/>
            <w:enabled/>
            <w:calcOnExit w:val="0"/>
            <w:textInput/>
          </w:ffData>
        </w:fldChar>
      </w:r>
      <w:r w:rsidR="005013C4" w:rsidRPr="0002636C">
        <w:rPr>
          <w:rFonts w:ascii="Segoe UI" w:hAnsi="Segoe UI" w:cs="Segoe UI"/>
          <w:sz w:val="16"/>
          <w:szCs w:val="16"/>
          <w:u w:val="single"/>
        </w:rPr>
        <w:instrText xml:space="preserve"> FORMTEXT </w:instrText>
      </w:r>
      <w:r w:rsidR="005013C4" w:rsidRPr="0002636C">
        <w:rPr>
          <w:rFonts w:ascii="Segoe UI" w:hAnsi="Segoe UI" w:cs="Segoe UI"/>
          <w:sz w:val="16"/>
          <w:szCs w:val="16"/>
          <w:u w:val="single"/>
        </w:rPr>
      </w:r>
      <w:r w:rsidR="005013C4" w:rsidRPr="0002636C">
        <w:rPr>
          <w:rFonts w:ascii="Segoe UI" w:hAnsi="Segoe UI" w:cs="Segoe UI"/>
          <w:sz w:val="16"/>
          <w:szCs w:val="16"/>
          <w:u w:val="single"/>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fldChar w:fldCharType="end"/>
      </w:r>
    </w:p>
    <w:p w14:paraId="7D959582" w14:textId="29C9E6AF" w:rsidR="00703BDB" w:rsidRDefault="007A3EF1">
      <w:r>
        <w:t xml:space="preserve">Website or product URL, if applicable: </w:t>
      </w:r>
      <w:r w:rsidR="005013C4" w:rsidRPr="0002636C">
        <w:rPr>
          <w:rFonts w:ascii="Segoe UI" w:hAnsi="Segoe UI" w:cs="Segoe UI"/>
          <w:sz w:val="16"/>
          <w:szCs w:val="16"/>
          <w:u w:val="single"/>
        </w:rPr>
        <w:fldChar w:fldCharType="begin">
          <w:ffData>
            <w:name w:val="Text28"/>
            <w:enabled/>
            <w:calcOnExit w:val="0"/>
            <w:textInput/>
          </w:ffData>
        </w:fldChar>
      </w:r>
      <w:r w:rsidR="005013C4" w:rsidRPr="0002636C">
        <w:rPr>
          <w:rFonts w:ascii="Segoe UI" w:hAnsi="Segoe UI" w:cs="Segoe UI"/>
          <w:sz w:val="16"/>
          <w:szCs w:val="16"/>
          <w:u w:val="single"/>
        </w:rPr>
        <w:instrText xml:space="preserve"> FORMTEXT </w:instrText>
      </w:r>
      <w:r w:rsidR="005013C4" w:rsidRPr="0002636C">
        <w:rPr>
          <w:rFonts w:ascii="Segoe UI" w:hAnsi="Segoe UI" w:cs="Segoe UI"/>
          <w:sz w:val="16"/>
          <w:szCs w:val="16"/>
          <w:u w:val="single"/>
        </w:rPr>
      </w:r>
      <w:r w:rsidR="005013C4" w:rsidRPr="0002636C">
        <w:rPr>
          <w:rFonts w:ascii="Segoe UI" w:hAnsi="Segoe UI" w:cs="Segoe UI"/>
          <w:sz w:val="16"/>
          <w:szCs w:val="16"/>
          <w:u w:val="single"/>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fldChar w:fldCharType="end"/>
      </w:r>
    </w:p>
    <w:p w14:paraId="26E8A0E8" w14:textId="1A2256FF" w:rsidR="00C40D37" w:rsidRDefault="007A3EF1" w:rsidP="00C40D37">
      <w:pPr>
        <w:spacing w:after="240"/>
      </w:pPr>
      <w:r>
        <w:t>Quantity:</w:t>
      </w:r>
      <w:r w:rsidR="000540DF">
        <w:t xml:space="preserve"> </w:t>
      </w:r>
      <w:r w:rsidR="005013C4" w:rsidRPr="0002636C">
        <w:rPr>
          <w:rFonts w:ascii="Segoe UI" w:hAnsi="Segoe UI" w:cs="Segoe UI"/>
          <w:sz w:val="16"/>
          <w:szCs w:val="16"/>
          <w:u w:val="single"/>
        </w:rPr>
        <w:fldChar w:fldCharType="begin">
          <w:ffData>
            <w:name w:val="Text28"/>
            <w:enabled/>
            <w:calcOnExit w:val="0"/>
            <w:textInput/>
          </w:ffData>
        </w:fldChar>
      </w:r>
      <w:r w:rsidR="005013C4" w:rsidRPr="0002636C">
        <w:rPr>
          <w:rFonts w:ascii="Segoe UI" w:hAnsi="Segoe UI" w:cs="Segoe UI"/>
          <w:sz w:val="16"/>
          <w:szCs w:val="16"/>
          <w:u w:val="single"/>
        </w:rPr>
        <w:instrText xml:space="preserve"> FORMTEXT </w:instrText>
      </w:r>
      <w:r w:rsidR="005013C4" w:rsidRPr="0002636C">
        <w:rPr>
          <w:rFonts w:ascii="Segoe UI" w:hAnsi="Segoe UI" w:cs="Segoe UI"/>
          <w:sz w:val="16"/>
          <w:szCs w:val="16"/>
          <w:u w:val="single"/>
        </w:rPr>
      </w:r>
      <w:r w:rsidR="005013C4" w:rsidRPr="0002636C">
        <w:rPr>
          <w:rFonts w:ascii="Segoe UI" w:hAnsi="Segoe UI" w:cs="Segoe UI"/>
          <w:sz w:val="16"/>
          <w:szCs w:val="16"/>
          <w:u w:val="single"/>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fldChar w:fldCharType="end"/>
      </w:r>
      <w:r w:rsidR="000540DF">
        <w:t xml:space="preserve">                </w:t>
      </w:r>
      <w:r>
        <w:t xml:space="preserve">  Total cost: $</w:t>
      </w:r>
      <w:r w:rsidR="005013C4">
        <w:t xml:space="preserve"> </w:t>
      </w:r>
      <w:r w:rsidR="005013C4" w:rsidRPr="0002636C">
        <w:rPr>
          <w:rFonts w:ascii="Segoe UI" w:hAnsi="Segoe UI" w:cs="Segoe UI"/>
          <w:sz w:val="16"/>
          <w:szCs w:val="16"/>
          <w:u w:val="single"/>
        </w:rPr>
        <w:fldChar w:fldCharType="begin">
          <w:ffData>
            <w:name w:val="Text28"/>
            <w:enabled/>
            <w:calcOnExit w:val="0"/>
            <w:textInput/>
          </w:ffData>
        </w:fldChar>
      </w:r>
      <w:r w:rsidR="005013C4" w:rsidRPr="0002636C">
        <w:rPr>
          <w:rFonts w:ascii="Segoe UI" w:hAnsi="Segoe UI" w:cs="Segoe UI"/>
          <w:sz w:val="16"/>
          <w:szCs w:val="16"/>
          <w:u w:val="single"/>
        </w:rPr>
        <w:instrText xml:space="preserve"> FORMTEXT </w:instrText>
      </w:r>
      <w:r w:rsidR="005013C4" w:rsidRPr="0002636C">
        <w:rPr>
          <w:rFonts w:ascii="Segoe UI" w:hAnsi="Segoe UI" w:cs="Segoe UI"/>
          <w:sz w:val="16"/>
          <w:szCs w:val="16"/>
          <w:u w:val="single"/>
        </w:rPr>
      </w:r>
      <w:r w:rsidR="005013C4" w:rsidRPr="0002636C">
        <w:rPr>
          <w:rFonts w:ascii="Segoe UI" w:hAnsi="Segoe UI" w:cs="Segoe UI"/>
          <w:sz w:val="16"/>
          <w:szCs w:val="16"/>
          <w:u w:val="single"/>
        </w:rPr>
        <w:fldChar w:fldCharType="separate"/>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t> </w:t>
      </w:r>
      <w:r w:rsidR="005013C4" w:rsidRPr="0002636C">
        <w:rPr>
          <w:rFonts w:ascii="Segoe UI" w:hAnsi="Segoe UI" w:cs="Segoe UI"/>
          <w:sz w:val="16"/>
          <w:szCs w:val="16"/>
          <w:u w:val="single"/>
        </w:rPr>
        <w:fldChar w:fldCharType="end"/>
      </w:r>
    </w:p>
    <w:p w14:paraId="7AC1CF2C" w14:textId="1BF481E8" w:rsidR="00703BDB" w:rsidRDefault="007A3EF1" w:rsidP="00C40D37">
      <w:pPr>
        <w:pStyle w:val="Heading1"/>
        <w:spacing w:before="0"/>
      </w:pPr>
      <w:r>
        <w:t>Additional funding sources</w:t>
      </w:r>
    </w:p>
    <w:p w14:paraId="7835CB55" w14:textId="77777777" w:rsidR="00703BDB" w:rsidRDefault="007A3EF1">
      <w:r>
        <w:t>If applicable, list other accounts contributing to the total purchase cost.</w:t>
      </w:r>
    </w:p>
    <w:tbl>
      <w:tblPr>
        <w:tblW w:w="0" w:type="auto"/>
        <w:tblInd w:w="90" w:type="dxa"/>
        <w:tblLayout w:type="fixed"/>
        <w:tblLook w:val="04A0" w:firstRow="1" w:lastRow="0" w:firstColumn="1" w:lastColumn="0" w:noHBand="0" w:noVBand="1"/>
      </w:tblPr>
      <w:tblGrid>
        <w:gridCol w:w="4590"/>
        <w:gridCol w:w="5670"/>
      </w:tblGrid>
      <w:tr w:rsidR="00703BDB" w14:paraId="63699DB4" w14:textId="77777777" w:rsidTr="0002636C">
        <w:trPr>
          <w:trHeight w:val="144"/>
        </w:trPr>
        <w:tc>
          <w:tcPr>
            <w:tcW w:w="4590" w:type="dxa"/>
            <w:tcBorders>
              <w:top w:val="single" w:sz="4" w:space="0" w:color="D9D9D9"/>
              <w:left w:val="single" w:sz="4" w:space="0" w:color="D9D9D9"/>
              <w:bottom w:val="single" w:sz="4" w:space="0" w:color="D9D9D9"/>
              <w:right w:val="single" w:sz="4" w:space="0" w:color="D9D9D9"/>
            </w:tcBorders>
            <w:shd w:val="clear" w:color="auto" w:fill="EEEEEE"/>
            <w:tcMar>
              <w:top w:w="90" w:type="dxa"/>
              <w:left w:w="90" w:type="dxa"/>
              <w:bottom w:w="90" w:type="dxa"/>
              <w:right w:w="90" w:type="dxa"/>
            </w:tcMar>
            <w:vAlign w:val="center"/>
          </w:tcPr>
          <w:p w14:paraId="42C681ED" w14:textId="77777777" w:rsidR="00703BDB" w:rsidRDefault="007A3EF1">
            <w:pPr>
              <w:spacing w:after="0"/>
            </w:pPr>
            <w:r>
              <w:rPr>
                <w:b/>
              </w:rPr>
              <w:t>Account number</w:t>
            </w:r>
          </w:p>
        </w:tc>
        <w:tc>
          <w:tcPr>
            <w:tcW w:w="5670" w:type="dxa"/>
            <w:tcBorders>
              <w:top w:val="single" w:sz="4" w:space="0" w:color="D9D9D9"/>
              <w:left w:val="single" w:sz="4" w:space="0" w:color="D9D9D9"/>
              <w:bottom w:val="single" w:sz="4" w:space="0" w:color="D9D9D9"/>
              <w:right w:val="single" w:sz="4" w:space="0" w:color="D9D9D9"/>
            </w:tcBorders>
            <w:shd w:val="clear" w:color="auto" w:fill="EEEEEE"/>
            <w:tcMar>
              <w:top w:w="90" w:type="dxa"/>
              <w:left w:w="90" w:type="dxa"/>
              <w:bottom w:w="90" w:type="dxa"/>
              <w:right w:w="90" w:type="dxa"/>
            </w:tcMar>
            <w:vAlign w:val="center"/>
          </w:tcPr>
          <w:p w14:paraId="5473394A" w14:textId="77777777" w:rsidR="00703BDB" w:rsidRDefault="007A3EF1">
            <w:pPr>
              <w:spacing w:after="0"/>
            </w:pPr>
            <w:r>
              <w:rPr>
                <w:b/>
              </w:rPr>
              <w:t>Amount to charge ($)</w:t>
            </w:r>
          </w:p>
        </w:tc>
      </w:tr>
      <w:tr w:rsidR="00703BDB" w14:paraId="334B7A85" w14:textId="77777777" w:rsidTr="0002636C">
        <w:trPr>
          <w:trHeight w:val="144"/>
        </w:trPr>
        <w:tc>
          <w:tcPr>
            <w:tcW w:w="45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5D3E9B7" w14:textId="32702770" w:rsidR="00703BDB" w:rsidRDefault="005013C4">
            <w:pPr>
              <w:spacing w:after="0"/>
            </w:pPr>
            <w:r w:rsidRPr="001D5407">
              <w:rPr>
                <w:rFonts w:ascii="Segoe UI" w:hAnsi="Segoe UI" w:cs="Segoe UI"/>
                <w:sz w:val="16"/>
                <w:szCs w:val="16"/>
              </w:rPr>
              <w:fldChar w:fldCharType="begin">
                <w:ffData>
                  <w:name w:val="Text28"/>
                  <w:enabled/>
                  <w:calcOnExit w:val="0"/>
                  <w:textInput/>
                </w:ffData>
              </w:fldChar>
            </w:r>
            <w:r w:rsidRPr="001D5407">
              <w:rPr>
                <w:rFonts w:ascii="Segoe UI" w:hAnsi="Segoe UI" w:cs="Segoe UI"/>
                <w:sz w:val="16"/>
                <w:szCs w:val="16"/>
              </w:rPr>
              <w:instrText xml:space="preserve"> FORMTEXT </w:instrText>
            </w:r>
            <w:r w:rsidRPr="001D5407">
              <w:rPr>
                <w:rFonts w:ascii="Segoe UI" w:hAnsi="Segoe UI" w:cs="Segoe UI"/>
                <w:sz w:val="16"/>
                <w:szCs w:val="16"/>
              </w:rPr>
            </w:r>
            <w:r w:rsidRPr="001D5407">
              <w:rPr>
                <w:rFonts w:ascii="Segoe UI" w:hAnsi="Segoe UI" w:cs="Segoe UI"/>
                <w:sz w:val="16"/>
                <w:szCs w:val="16"/>
              </w:rPr>
              <w:fldChar w:fldCharType="separate"/>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sidRPr="001D5407">
              <w:rPr>
                <w:rFonts w:ascii="Segoe UI" w:hAnsi="Segoe UI" w:cs="Segoe UI"/>
                <w:sz w:val="16"/>
                <w:szCs w:val="16"/>
              </w:rPr>
              <w:fldChar w:fldCharType="end"/>
            </w:r>
          </w:p>
        </w:tc>
        <w:tc>
          <w:tcPr>
            <w:tcW w:w="567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DB9FDD5" w14:textId="6E2DF977" w:rsidR="00703BDB" w:rsidRDefault="005013C4">
            <w:pPr>
              <w:spacing w:after="0"/>
            </w:pPr>
            <w:r w:rsidRPr="001D5407">
              <w:rPr>
                <w:rFonts w:ascii="Segoe UI" w:hAnsi="Segoe UI" w:cs="Segoe UI"/>
                <w:sz w:val="16"/>
                <w:szCs w:val="16"/>
              </w:rPr>
              <w:fldChar w:fldCharType="begin">
                <w:ffData>
                  <w:name w:val="Text28"/>
                  <w:enabled/>
                  <w:calcOnExit w:val="0"/>
                  <w:textInput/>
                </w:ffData>
              </w:fldChar>
            </w:r>
            <w:r w:rsidRPr="001D5407">
              <w:rPr>
                <w:rFonts w:ascii="Segoe UI" w:hAnsi="Segoe UI" w:cs="Segoe UI"/>
                <w:sz w:val="16"/>
                <w:szCs w:val="16"/>
              </w:rPr>
              <w:instrText xml:space="preserve"> FORMTEXT </w:instrText>
            </w:r>
            <w:r w:rsidRPr="001D5407">
              <w:rPr>
                <w:rFonts w:ascii="Segoe UI" w:hAnsi="Segoe UI" w:cs="Segoe UI"/>
                <w:sz w:val="16"/>
                <w:szCs w:val="16"/>
              </w:rPr>
            </w:r>
            <w:r w:rsidRPr="001D5407">
              <w:rPr>
                <w:rFonts w:ascii="Segoe UI" w:hAnsi="Segoe UI" w:cs="Segoe UI"/>
                <w:sz w:val="16"/>
                <w:szCs w:val="16"/>
              </w:rPr>
              <w:fldChar w:fldCharType="separate"/>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sidRPr="001D5407">
              <w:rPr>
                <w:rFonts w:ascii="Segoe UI" w:hAnsi="Segoe UI" w:cs="Segoe UI"/>
                <w:sz w:val="16"/>
                <w:szCs w:val="16"/>
              </w:rPr>
              <w:fldChar w:fldCharType="end"/>
            </w:r>
          </w:p>
        </w:tc>
      </w:tr>
      <w:tr w:rsidR="00703BDB" w14:paraId="4B3B36DC" w14:textId="77777777" w:rsidTr="0002636C">
        <w:trPr>
          <w:trHeight w:val="144"/>
        </w:trPr>
        <w:tc>
          <w:tcPr>
            <w:tcW w:w="45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1A8053F" w14:textId="29119F27" w:rsidR="00703BDB" w:rsidRDefault="005013C4">
            <w:pPr>
              <w:spacing w:after="0"/>
            </w:pPr>
            <w:r w:rsidRPr="001D5407">
              <w:rPr>
                <w:rFonts w:ascii="Segoe UI" w:hAnsi="Segoe UI" w:cs="Segoe UI"/>
                <w:sz w:val="16"/>
                <w:szCs w:val="16"/>
              </w:rPr>
              <w:fldChar w:fldCharType="begin">
                <w:ffData>
                  <w:name w:val="Text28"/>
                  <w:enabled/>
                  <w:calcOnExit w:val="0"/>
                  <w:textInput/>
                </w:ffData>
              </w:fldChar>
            </w:r>
            <w:r w:rsidRPr="001D5407">
              <w:rPr>
                <w:rFonts w:ascii="Segoe UI" w:hAnsi="Segoe UI" w:cs="Segoe UI"/>
                <w:sz w:val="16"/>
                <w:szCs w:val="16"/>
              </w:rPr>
              <w:instrText xml:space="preserve"> FORMTEXT </w:instrText>
            </w:r>
            <w:r w:rsidRPr="001D5407">
              <w:rPr>
                <w:rFonts w:ascii="Segoe UI" w:hAnsi="Segoe UI" w:cs="Segoe UI"/>
                <w:sz w:val="16"/>
                <w:szCs w:val="16"/>
              </w:rPr>
            </w:r>
            <w:r w:rsidRPr="001D5407">
              <w:rPr>
                <w:rFonts w:ascii="Segoe UI" w:hAnsi="Segoe UI" w:cs="Segoe UI"/>
                <w:sz w:val="16"/>
                <w:szCs w:val="16"/>
              </w:rPr>
              <w:fldChar w:fldCharType="separate"/>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sidRPr="001D5407">
              <w:rPr>
                <w:rFonts w:ascii="Segoe UI" w:hAnsi="Segoe UI" w:cs="Segoe UI"/>
                <w:sz w:val="16"/>
                <w:szCs w:val="16"/>
              </w:rPr>
              <w:fldChar w:fldCharType="end"/>
            </w:r>
          </w:p>
        </w:tc>
        <w:tc>
          <w:tcPr>
            <w:tcW w:w="567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5DE4649" w14:textId="39E4A127" w:rsidR="00703BDB" w:rsidRDefault="005013C4">
            <w:pPr>
              <w:spacing w:after="0"/>
            </w:pPr>
            <w:r w:rsidRPr="001D5407">
              <w:rPr>
                <w:rFonts w:ascii="Segoe UI" w:hAnsi="Segoe UI" w:cs="Segoe UI"/>
                <w:sz w:val="16"/>
                <w:szCs w:val="16"/>
              </w:rPr>
              <w:fldChar w:fldCharType="begin">
                <w:ffData>
                  <w:name w:val="Text28"/>
                  <w:enabled/>
                  <w:calcOnExit w:val="0"/>
                  <w:textInput/>
                </w:ffData>
              </w:fldChar>
            </w:r>
            <w:r w:rsidRPr="001D5407">
              <w:rPr>
                <w:rFonts w:ascii="Segoe UI" w:hAnsi="Segoe UI" w:cs="Segoe UI"/>
                <w:sz w:val="16"/>
                <w:szCs w:val="16"/>
              </w:rPr>
              <w:instrText xml:space="preserve"> FORMTEXT </w:instrText>
            </w:r>
            <w:r w:rsidRPr="001D5407">
              <w:rPr>
                <w:rFonts w:ascii="Segoe UI" w:hAnsi="Segoe UI" w:cs="Segoe UI"/>
                <w:sz w:val="16"/>
                <w:szCs w:val="16"/>
              </w:rPr>
            </w:r>
            <w:r w:rsidRPr="001D5407">
              <w:rPr>
                <w:rFonts w:ascii="Segoe UI" w:hAnsi="Segoe UI" w:cs="Segoe UI"/>
                <w:sz w:val="16"/>
                <w:szCs w:val="16"/>
              </w:rPr>
              <w:fldChar w:fldCharType="separate"/>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Pr>
                <w:rFonts w:ascii="Segoe UI" w:hAnsi="Segoe UI" w:cs="Segoe UI"/>
                <w:sz w:val="16"/>
                <w:szCs w:val="16"/>
              </w:rPr>
              <w:t> </w:t>
            </w:r>
            <w:r w:rsidRPr="001D5407">
              <w:rPr>
                <w:rFonts w:ascii="Segoe UI" w:hAnsi="Segoe UI" w:cs="Segoe UI"/>
                <w:sz w:val="16"/>
                <w:szCs w:val="16"/>
              </w:rPr>
              <w:fldChar w:fldCharType="end"/>
            </w:r>
          </w:p>
        </w:tc>
      </w:tr>
    </w:tbl>
    <w:p w14:paraId="03BD62FE" w14:textId="2BD9E452" w:rsidR="00CA61FB" w:rsidRDefault="00821533">
      <w:pPr>
        <w:pStyle w:val="Heading1"/>
      </w:pPr>
      <w:r>
        <w:rPr>
          <w:noProof/>
        </w:rPr>
        <mc:AlternateContent>
          <mc:Choice Requires="wps">
            <w:drawing>
              <wp:anchor distT="0" distB="0" distL="114300" distR="114300" simplePos="0" relativeHeight="251659264" behindDoc="0" locked="0" layoutInCell="1" allowOverlap="1" wp14:anchorId="6118E0B3" wp14:editId="57C54D74">
                <wp:simplePos x="0" y="0"/>
                <wp:positionH relativeFrom="column">
                  <wp:posOffset>0</wp:posOffset>
                </wp:positionH>
                <wp:positionV relativeFrom="paragraph">
                  <wp:posOffset>238125</wp:posOffset>
                </wp:positionV>
                <wp:extent cx="6483350" cy="0"/>
                <wp:effectExtent l="0" t="19050" r="31750" b="19050"/>
                <wp:wrapNone/>
                <wp:docPr id="172164911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83350" cy="0"/>
                        </a:xfrm>
                        <a:prstGeom prst="line">
                          <a:avLst/>
                        </a:prstGeom>
                        <a:ln w="28575" cmpd="dbl">
                          <a:solidFill>
                            <a:schemeClr val="tx1">
                              <a:lumMod val="85000"/>
                              <a:lumOff val="1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4CA7B8" id="Straight Connector 1" o:spid="_x0000_s1026" alt="&quot;&quot;"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75pt" to="51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" strokecolor="#272727 [2749]" strokeweight="2.25pt">
                <v:stroke linestyle="thinThin"/>
              </v:line>
            </w:pict>
          </mc:Fallback>
        </mc:AlternateContent>
      </w:r>
    </w:p>
    <w:p w14:paraId="39B475AE" w14:textId="1C54FEBD" w:rsidR="00703BDB" w:rsidRDefault="007A3EF1">
      <w:pPr>
        <w:pStyle w:val="Heading1"/>
      </w:pPr>
      <w:r>
        <w:t>Approvals and funding authorization</w:t>
      </w:r>
    </w:p>
    <w:p w14:paraId="0DA4CFFD" w14:textId="77777777" w:rsidR="00CA61FB" w:rsidRDefault="00CA61FB" w:rsidP="00CA61FB">
      <w:r>
        <w:t xml:space="preserve">Department chair electronic signature: </w:t>
      </w:r>
      <w:r w:rsidRPr="003C1D60">
        <w:rPr>
          <w:rFonts w:ascii="Segoe UI" w:hAnsi="Segoe UI" w:cs="Segoe UI"/>
          <w:sz w:val="16"/>
          <w:szCs w:val="16"/>
          <w:u w:val="single"/>
        </w:rPr>
        <w:fldChar w:fldCharType="begin">
          <w:ffData>
            <w:name w:val=""/>
            <w:enabled/>
            <w:calcOnExit w:val="0"/>
            <w:textInput/>
          </w:ffData>
        </w:fldChar>
      </w:r>
      <w:r w:rsidRPr="003C1D60">
        <w:rPr>
          <w:rFonts w:ascii="Segoe UI" w:hAnsi="Segoe UI" w:cs="Segoe UI"/>
          <w:sz w:val="16"/>
          <w:szCs w:val="16"/>
          <w:u w:val="single"/>
        </w:rPr>
        <w:instrText xml:space="preserve"> FORMTEXT </w:instrText>
      </w:r>
      <w:r w:rsidRPr="003C1D60">
        <w:rPr>
          <w:rFonts w:ascii="Segoe UI" w:hAnsi="Segoe UI" w:cs="Segoe UI"/>
          <w:sz w:val="16"/>
          <w:szCs w:val="16"/>
          <w:u w:val="single"/>
        </w:rPr>
      </w:r>
      <w:r w:rsidRPr="003C1D60">
        <w:rPr>
          <w:rFonts w:ascii="Segoe UI" w:hAnsi="Segoe UI" w:cs="Segoe UI"/>
          <w:sz w:val="16"/>
          <w:szCs w:val="16"/>
          <w:u w:val="single"/>
        </w:rPr>
        <w:fldChar w:fldCharType="separate"/>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fldChar w:fldCharType="end"/>
      </w:r>
      <w:r>
        <w:rPr>
          <w:rFonts w:ascii="Segoe UI" w:hAnsi="Segoe UI" w:cs="Segoe UI"/>
          <w:sz w:val="16"/>
          <w:szCs w:val="16"/>
        </w:rPr>
        <w:t xml:space="preserve">            </w:t>
      </w:r>
      <w:r>
        <w:t xml:space="preserve">                     Date: </w:t>
      </w:r>
      <w:r w:rsidRPr="003C1D60">
        <w:rPr>
          <w:rFonts w:ascii="Segoe UI" w:hAnsi="Segoe UI" w:cs="Segoe UI"/>
          <w:sz w:val="16"/>
          <w:szCs w:val="16"/>
          <w:u w:val="single"/>
        </w:rPr>
        <w:fldChar w:fldCharType="begin">
          <w:ffData>
            <w:name w:val="Text28"/>
            <w:enabled/>
            <w:calcOnExit w:val="0"/>
            <w:textInput/>
          </w:ffData>
        </w:fldChar>
      </w:r>
      <w:r w:rsidRPr="003C1D60">
        <w:rPr>
          <w:rFonts w:ascii="Segoe UI" w:hAnsi="Segoe UI" w:cs="Segoe UI"/>
          <w:sz w:val="16"/>
          <w:szCs w:val="16"/>
          <w:u w:val="single"/>
        </w:rPr>
        <w:instrText xml:space="preserve"> FORMTEXT </w:instrText>
      </w:r>
      <w:r w:rsidRPr="003C1D60">
        <w:rPr>
          <w:rFonts w:ascii="Segoe UI" w:hAnsi="Segoe UI" w:cs="Segoe UI"/>
          <w:sz w:val="16"/>
          <w:szCs w:val="16"/>
          <w:u w:val="single"/>
        </w:rPr>
      </w:r>
      <w:r w:rsidRPr="003C1D60">
        <w:rPr>
          <w:rFonts w:ascii="Segoe UI" w:hAnsi="Segoe UI" w:cs="Segoe UI"/>
          <w:sz w:val="16"/>
          <w:szCs w:val="16"/>
          <w:u w:val="single"/>
        </w:rPr>
        <w:fldChar w:fldCharType="separate"/>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fldChar w:fldCharType="end"/>
      </w:r>
    </w:p>
    <w:p w14:paraId="06CBD9FB" w14:textId="77777777" w:rsidR="00CA61FB" w:rsidRDefault="00CA61FB" w:rsidP="00CA61FB">
      <w:pPr>
        <w:spacing w:after="0"/>
        <w:rPr>
          <w:rFonts w:ascii="Segoe UI" w:hAnsi="Segoe UI" w:cs="Segoe UI"/>
          <w:sz w:val="16"/>
          <w:szCs w:val="16"/>
          <w:u w:val="single"/>
        </w:rPr>
      </w:pPr>
      <w:r>
        <w:t xml:space="preserve">Dean electronic signature: </w:t>
      </w:r>
      <w:r w:rsidRPr="003C1D60">
        <w:rPr>
          <w:rFonts w:ascii="Segoe UI" w:hAnsi="Segoe UI" w:cs="Segoe UI"/>
          <w:sz w:val="16"/>
          <w:szCs w:val="16"/>
          <w:u w:val="single"/>
        </w:rPr>
        <w:fldChar w:fldCharType="begin">
          <w:ffData>
            <w:name w:val="Text28"/>
            <w:enabled/>
            <w:calcOnExit w:val="0"/>
            <w:textInput/>
          </w:ffData>
        </w:fldChar>
      </w:r>
      <w:r w:rsidRPr="003C1D60">
        <w:rPr>
          <w:rFonts w:ascii="Segoe UI" w:hAnsi="Segoe UI" w:cs="Segoe UI"/>
          <w:sz w:val="16"/>
          <w:szCs w:val="16"/>
          <w:u w:val="single"/>
        </w:rPr>
        <w:instrText xml:space="preserve"> FORMTEXT </w:instrText>
      </w:r>
      <w:r w:rsidRPr="003C1D60">
        <w:rPr>
          <w:rFonts w:ascii="Segoe UI" w:hAnsi="Segoe UI" w:cs="Segoe UI"/>
          <w:sz w:val="16"/>
          <w:szCs w:val="16"/>
          <w:u w:val="single"/>
        </w:rPr>
      </w:r>
      <w:r w:rsidRPr="003C1D60">
        <w:rPr>
          <w:rFonts w:ascii="Segoe UI" w:hAnsi="Segoe UI" w:cs="Segoe UI"/>
          <w:sz w:val="16"/>
          <w:szCs w:val="16"/>
          <w:u w:val="single"/>
        </w:rPr>
        <w:fldChar w:fldCharType="separate"/>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fldChar w:fldCharType="end"/>
      </w:r>
      <w:r>
        <w:t xml:space="preserve">                                   </w:t>
      </w:r>
      <w:r>
        <w:tab/>
        <w:t xml:space="preserve">         Date: </w:t>
      </w:r>
      <w:r w:rsidRPr="003C1D60">
        <w:rPr>
          <w:rFonts w:ascii="Segoe UI" w:hAnsi="Segoe UI" w:cs="Segoe UI"/>
          <w:sz w:val="16"/>
          <w:szCs w:val="16"/>
          <w:u w:val="single"/>
        </w:rPr>
        <w:fldChar w:fldCharType="begin">
          <w:ffData>
            <w:name w:val="Text28"/>
            <w:enabled/>
            <w:calcOnExit w:val="0"/>
            <w:textInput/>
          </w:ffData>
        </w:fldChar>
      </w:r>
      <w:r w:rsidRPr="003C1D60">
        <w:rPr>
          <w:rFonts w:ascii="Segoe UI" w:hAnsi="Segoe UI" w:cs="Segoe UI"/>
          <w:sz w:val="16"/>
          <w:szCs w:val="16"/>
          <w:u w:val="single"/>
        </w:rPr>
        <w:instrText xml:space="preserve"> FORMTEXT </w:instrText>
      </w:r>
      <w:r w:rsidRPr="003C1D60">
        <w:rPr>
          <w:rFonts w:ascii="Segoe UI" w:hAnsi="Segoe UI" w:cs="Segoe UI"/>
          <w:sz w:val="16"/>
          <w:szCs w:val="16"/>
          <w:u w:val="single"/>
        </w:rPr>
      </w:r>
      <w:r w:rsidRPr="003C1D60">
        <w:rPr>
          <w:rFonts w:ascii="Segoe UI" w:hAnsi="Segoe UI" w:cs="Segoe UI"/>
          <w:sz w:val="16"/>
          <w:szCs w:val="16"/>
          <w:u w:val="single"/>
        </w:rPr>
        <w:fldChar w:fldCharType="separate"/>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t> </w:t>
      </w:r>
      <w:r w:rsidRPr="003C1D60">
        <w:rPr>
          <w:rFonts w:ascii="Segoe UI" w:hAnsi="Segoe UI" w:cs="Segoe UI"/>
          <w:sz w:val="16"/>
          <w:szCs w:val="16"/>
          <w:u w:val="single"/>
        </w:rPr>
        <w:fldChar w:fldCharType="end"/>
      </w:r>
    </w:p>
    <w:p w14:paraId="14AB6651" w14:textId="47393BCC" w:rsidR="00CA61FB" w:rsidRDefault="00821533" w:rsidP="00CA61FB">
      <w:pPr>
        <w:spacing w:after="0"/>
      </w:pPr>
      <w:r>
        <w:rPr>
          <w:noProof/>
        </w:rPr>
        <mc:AlternateContent>
          <mc:Choice Requires="wps">
            <w:drawing>
              <wp:anchor distT="0" distB="0" distL="114300" distR="114300" simplePos="0" relativeHeight="251661312" behindDoc="0" locked="0" layoutInCell="1" allowOverlap="1" wp14:anchorId="79B7E715" wp14:editId="29ED8498">
                <wp:simplePos x="0" y="0"/>
                <wp:positionH relativeFrom="column">
                  <wp:posOffset>0</wp:posOffset>
                </wp:positionH>
                <wp:positionV relativeFrom="paragraph">
                  <wp:posOffset>161290</wp:posOffset>
                </wp:positionV>
                <wp:extent cx="6483350" cy="0"/>
                <wp:effectExtent l="0" t="19050" r="31750" b="19050"/>
                <wp:wrapNone/>
                <wp:docPr id="1056925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83350" cy="0"/>
                        </a:xfrm>
                        <a:prstGeom prst="line">
                          <a:avLst/>
                        </a:prstGeom>
                        <a:ln w="28575" cmpd="dbl">
                          <a:solidFill>
                            <a:schemeClr val="tx1">
                              <a:lumMod val="85000"/>
                              <a:lumOff val="1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458E6" id="Straight Connector 1" o:spid="_x0000_s1026" alt="&quot;&quot;"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7pt" to="51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" strokecolor="#272727 [2749]" strokeweight="2.25pt">
                <v:stroke linestyle="thinThin"/>
              </v:line>
            </w:pict>
          </mc:Fallback>
        </mc:AlternateContent>
      </w:r>
    </w:p>
    <w:p w14:paraId="3449826E" w14:textId="77777777" w:rsidR="00703BDB" w:rsidRDefault="007A3EF1">
      <w:pPr>
        <w:pStyle w:val="Heading1"/>
      </w:pPr>
      <w:r>
        <w:t>Submission instructions</w:t>
      </w:r>
    </w:p>
    <w:p w14:paraId="031D780D" w14:textId="77777777" w:rsidR="00703BDB" w:rsidRDefault="007A3EF1">
      <w:r>
        <w:t xml:space="preserve">Email the completed form and applicable supporting documentation, such as an invoice or quote, to Amanda Beaton at </w:t>
      </w:r>
      <w:hyperlink r:id="rId11">
        <w:r>
          <w:rPr>
            <w:color w:val="0563C1"/>
            <w:u w:val="single"/>
          </w:rPr>
          <w:t>marzolam@buffalostate.edu</w:t>
        </w:r>
      </w:hyperlink>
      <w:r>
        <w:t>.</w:t>
      </w:r>
    </w:p>
    <w:sectPr w:rsidR="00703BDB" w:rsidSect="00034616">
      <w:headerReference w:type="default" r:id="rId12"/>
      <w:footerReference w:type="default" r:id="rId13"/>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B17A" w14:textId="77777777" w:rsidR="003C71F4" w:rsidRDefault="003C71F4" w:rsidP="007860B5">
      <w:pPr>
        <w:spacing w:after="0" w:line="240" w:lineRule="auto"/>
      </w:pPr>
      <w:r>
        <w:separator/>
      </w:r>
    </w:p>
  </w:endnote>
  <w:endnote w:type="continuationSeparator" w:id="0">
    <w:p w14:paraId="7090AAEE" w14:textId="77777777" w:rsidR="003C71F4" w:rsidRDefault="003C71F4" w:rsidP="00786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E964" w14:textId="00794687" w:rsidR="0030554C" w:rsidRDefault="0030554C" w:rsidP="0030554C">
    <w:pPr>
      <w:pStyle w:val="Footer"/>
      <w:jc w:val="right"/>
    </w:pPr>
    <w:r>
      <w:t>[Revised 9/15/2026]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E603" w14:textId="77777777" w:rsidR="003C71F4" w:rsidRDefault="003C71F4" w:rsidP="007860B5">
      <w:pPr>
        <w:spacing w:after="0" w:line="240" w:lineRule="auto"/>
      </w:pPr>
      <w:r>
        <w:separator/>
      </w:r>
    </w:p>
  </w:footnote>
  <w:footnote w:type="continuationSeparator" w:id="0">
    <w:p w14:paraId="42015A37" w14:textId="77777777" w:rsidR="003C71F4" w:rsidRDefault="003C71F4" w:rsidP="00786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950"/>
    </w:tblGrid>
    <w:tr w:rsidR="007860B5" w14:paraId="58725E09" w14:textId="77777777" w:rsidTr="00D23DB4">
      <w:trPr>
        <w:trHeight w:val="1125"/>
      </w:trPr>
      <w:tc>
        <w:tcPr>
          <w:tcW w:w="5058" w:type="dxa"/>
        </w:tcPr>
        <w:p w14:paraId="581318AB" w14:textId="77777777" w:rsidR="007860B5" w:rsidRDefault="007860B5" w:rsidP="007860B5">
          <w:pPr>
            <w:pStyle w:val="Header"/>
          </w:pPr>
          <w:r>
            <w:rPr>
              <w:noProof/>
            </w:rPr>
            <w:drawing>
              <wp:anchor distT="0" distB="0" distL="114300" distR="114300" simplePos="0" relativeHeight="251657728" behindDoc="1" locked="0" layoutInCell="1" allowOverlap="1" wp14:anchorId="368E5BCF" wp14:editId="0E64D431">
                <wp:simplePos x="0" y="0"/>
                <wp:positionH relativeFrom="column">
                  <wp:posOffset>-1905</wp:posOffset>
                </wp:positionH>
                <wp:positionV relativeFrom="paragraph">
                  <wp:posOffset>0</wp:posOffset>
                </wp:positionV>
                <wp:extent cx="3114675" cy="693886"/>
                <wp:effectExtent l="0" t="0" r="0" b="0"/>
                <wp:wrapNone/>
                <wp:docPr id="2023057491" name="Picture 1" descr="Arts &amp;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2117" name="Picture 1" descr="Arts &amp; Sciences logo"/>
                        <pic:cNvPicPr/>
                      </pic:nvPicPr>
                      <pic:blipFill rotWithShape="1">
                        <a:blip r:embed="rId1">
                          <a:extLst>
                            <a:ext uri="{28A0092B-C50C-407E-A947-70E740481C1C}">
                              <a14:useLocalDpi xmlns:a14="http://schemas.microsoft.com/office/drawing/2010/main" val="0"/>
                            </a:ext>
                          </a:extLst>
                        </a:blip>
                        <a:srcRect l="4324" t="11492" b="11201"/>
                        <a:stretch>
                          <a:fillRect/>
                        </a:stretch>
                      </pic:blipFill>
                      <pic:spPr bwMode="auto">
                        <a:xfrm>
                          <a:off x="0" y="0"/>
                          <a:ext cx="3119607" cy="694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50" w:type="dxa"/>
          <w:vAlign w:val="center"/>
        </w:tcPr>
        <w:p w14:paraId="6FA64357" w14:textId="3D74DCFD" w:rsidR="007860B5" w:rsidRPr="00605726" w:rsidRDefault="007860B5" w:rsidP="007860B5">
          <w:pPr>
            <w:pStyle w:val="Heading1"/>
            <w:jc w:val="right"/>
            <w:rPr>
              <w:b w:val="0"/>
              <w:bCs w:val="0"/>
              <w:color w:val="auto"/>
              <w:sz w:val="32"/>
              <w:szCs w:val="32"/>
            </w:rPr>
          </w:pPr>
          <w:r w:rsidRPr="007860B5">
            <w:rPr>
              <w:color w:val="auto"/>
              <w:sz w:val="32"/>
              <w:szCs w:val="32"/>
            </w:rPr>
            <w:t>Foundation Goods</w:t>
          </w:r>
          <w:r w:rsidR="00685088">
            <w:rPr>
              <w:color w:val="auto"/>
              <w:sz w:val="32"/>
              <w:szCs w:val="32"/>
            </w:rPr>
            <w:t xml:space="preserve"> </w:t>
          </w:r>
          <w:r w:rsidRPr="007860B5">
            <w:rPr>
              <w:color w:val="auto"/>
              <w:sz w:val="32"/>
              <w:szCs w:val="32"/>
            </w:rPr>
            <w:t>Purchase Request Form</w:t>
          </w:r>
        </w:p>
      </w:tc>
    </w:tr>
  </w:tbl>
  <w:p w14:paraId="1EC0E0C4" w14:textId="77777777" w:rsidR="007860B5" w:rsidRDefault="00786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5936543">
    <w:abstractNumId w:val="8"/>
  </w:num>
  <w:num w:numId="2" w16cid:durableId="1751729453">
    <w:abstractNumId w:val="6"/>
  </w:num>
  <w:num w:numId="3" w16cid:durableId="916670848">
    <w:abstractNumId w:val="5"/>
  </w:num>
  <w:num w:numId="4" w16cid:durableId="420838220">
    <w:abstractNumId w:val="4"/>
  </w:num>
  <w:num w:numId="5" w16cid:durableId="1271427622">
    <w:abstractNumId w:val="7"/>
  </w:num>
  <w:num w:numId="6" w16cid:durableId="1462573251">
    <w:abstractNumId w:val="3"/>
  </w:num>
  <w:num w:numId="7" w16cid:durableId="330105615">
    <w:abstractNumId w:val="2"/>
  </w:num>
  <w:num w:numId="8" w16cid:durableId="1352493291">
    <w:abstractNumId w:val="1"/>
  </w:num>
  <w:num w:numId="9" w16cid:durableId="161875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EGAyC5Rc//vmi09x8PmsNhbmdqsugzQKJQzHFBE9cKpD++Q93BEzDzcD/hWjT1M19lxIUAzyJNEC6SIa0ReqsQ==" w:salt="LlGOaw/1j+xFWONGB1Pgkw=="/>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36C"/>
    <w:rsid w:val="00034616"/>
    <w:rsid w:val="000540DF"/>
    <w:rsid w:val="0006063C"/>
    <w:rsid w:val="0015074B"/>
    <w:rsid w:val="0029639D"/>
    <w:rsid w:val="002D609B"/>
    <w:rsid w:val="0030554C"/>
    <w:rsid w:val="00314BB6"/>
    <w:rsid w:val="00326F90"/>
    <w:rsid w:val="003B0DD7"/>
    <w:rsid w:val="003C71F4"/>
    <w:rsid w:val="005013C4"/>
    <w:rsid w:val="00555F09"/>
    <w:rsid w:val="00570B20"/>
    <w:rsid w:val="00685088"/>
    <w:rsid w:val="00703BDB"/>
    <w:rsid w:val="007860B5"/>
    <w:rsid w:val="007A3EF1"/>
    <w:rsid w:val="00821533"/>
    <w:rsid w:val="00874EFF"/>
    <w:rsid w:val="009358F5"/>
    <w:rsid w:val="00957E9E"/>
    <w:rsid w:val="00962B2A"/>
    <w:rsid w:val="00AA1D8D"/>
    <w:rsid w:val="00AB74F7"/>
    <w:rsid w:val="00B47730"/>
    <w:rsid w:val="00C40D37"/>
    <w:rsid w:val="00CA3401"/>
    <w:rsid w:val="00CA61FB"/>
    <w:rsid w:val="00CB0664"/>
    <w:rsid w:val="00CC5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5743464-E507-4F22-AA4F-C24A1E3B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zolam@buffalostate.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57BD96B0DDDD45B7B88C6A4F763407" ma:contentTypeVersion="12" ma:contentTypeDescription="Create a new document." ma:contentTypeScope="" ma:versionID="3b11e65488c267f687c61803c39e8d25">
  <xsd:schema xmlns:xsd="http://www.w3.org/2001/XMLSchema" xmlns:xs="http://www.w3.org/2001/XMLSchema" xmlns:p="http://schemas.microsoft.com/office/2006/metadata/properties" xmlns:ns2="37747b09-4d4f-429b-bf56-d3c8754b4033" xmlns:ns3="d5bd0815-a919-4e69-90d0-3dcc4f9894b1" targetNamespace="http://schemas.microsoft.com/office/2006/metadata/properties" ma:root="true" ma:fieldsID="6e69ff9e3465f06833d724264ed0c9d5" ns2:_="" ns3:_="">
    <xsd:import namespace="37747b09-4d4f-429b-bf56-d3c8754b4033"/>
    <xsd:import namespace="d5bd0815-a919-4e69-90d0-3dcc4f9894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47b09-4d4f-429b-bf56-d3c8754b4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3fd32b-b413-49a2-949f-b4baa8a2635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bd0815-a919-4e69-90d0-3dcc4f9894b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50e28cd-7b53-4609-9661-9fbaeb6f440e}" ma:internalName="TaxCatchAll" ma:showField="CatchAllData" ma:web="d5bd0815-a919-4e69-90d0-3dcc4f9894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747b09-4d4f-429b-bf56-d3c8754b4033">
      <Terms xmlns="http://schemas.microsoft.com/office/infopath/2007/PartnerControls"/>
    </lcf76f155ced4ddcb4097134ff3c332f>
    <TaxCatchAll xmlns="d5bd0815-a919-4e69-90d0-3dcc4f9894b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162F4-1163-4422-86A1-3377EA3911E6}">
  <ds:schemaRefs>
    <ds:schemaRef ds:uri="http://schemas.microsoft.com/sharepoint/v3/contenttype/forms"/>
  </ds:schemaRefs>
</ds:datastoreItem>
</file>

<file path=customXml/itemProps2.xml><?xml version="1.0" encoding="utf-8"?>
<ds:datastoreItem xmlns:ds="http://schemas.openxmlformats.org/officeDocument/2006/customXml" ds:itemID="{0C4CC530-D334-4E61-992C-92421EF37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47b09-4d4f-429b-bf56-d3c8754b4033"/>
    <ds:schemaRef ds:uri="d5bd0815-a919-4e69-90d0-3dcc4f989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4993C-52A0-46AA-A392-73FEEDC1B0B1}">
  <ds:schemaRefs>
    <ds:schemaRef ds:uri="http://schemas.microsoft.com/office/2006/metadata/properties"/>
    <ds:schemaRef ds:uri="http://schemas.microsoft.com/office/infopath/2007/PartnerControls"/>
    <ds:schemaRef ds:uri="37747b09-4d4f-429b-bf56-d3c8754b4033"/>
    <ds:schemaRef ds:uri="d5bd0815-a919-4e69-90d0-3dcc4f9894b1"/>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Goods Purchase Request Form</dc:title>
  <dc:subject/>
  <dc:creator>School of Arts and Sciences</dc:creator>
  <cp:keywords/>
  <dc:description>generated by python-docx</dc:description>
  <cp:lastModifiedBy>Beaton, Amanda M</cp:lastModifiedBy>
  <cp:revision>15</cp:revision>
  <dcterms:created xsi:type="dcterms:W3CDTF">2013-12-23T23:15:00Z</dcterms:created>
  <dcterms:modified xsi:type="dcterms:W3CDTF">2026-09-21T00:18:00Z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0x010100AD57BD96B0DDDD45B7B88C6A4F763407</vt:lpwstr>
  </property>
  <property fmtid="{D5CDD505-2E9C-101B-9397-08002B2CF9AE}" pid="3" name="MediaServiceImageTags">
    <vt:lpwstr/>
  </property>
</Properties>
</file>