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ED23C" w14:textId="46012276" w:rsidR="00A20A4A" w:rsidRDefault="006E3C0D">
      <w:r>
        <w:t>Use this form to request payment from a Buffalo State Foundation account overseen by the SAS Dean’s Office for services provided by a guest speaker, guest lecturer, performer, consultant, or other non-employee.</w:t>
      </w:r>
    </w:p>
    <w:p w14:paraId="4BE4381D" w14:textId="77777777" w:rsidR="00A20A4A" w:rsidRDefault="006E3C0D" w:rsidP="00E54648">
      <w:pPr>
        <w:spacing w:after="240"/>
        <w:rPr>
          <w:b/>
        </w:rPr>
      </w:pPr>
      <w:r>
        <w:rPr>
          <w:b/>
        </w:rPr>
        <w:t>Submit before services are performed or any commitment is made to the service provider. Do not use this form for current Buffalo State University employees.</w:t>
      </w:r>
    </w:p>
    <w:p w14:paraId="753521BA" w14:textId="125BC613" w:rsidR="00E54648" w:rsidRDefault="00E54648" w:rsidP="00E54648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CA70C9" wp14:editId="2255BD7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483350" cy="0"/>
                <wp:effectExtent l="0" t="19050" r="31750" b="19050"/>
                <wp:wrapNone/>
                <wp:docPr id="152775668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3350" cy="0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4DEA36" id="Straight Connector 1" o:spid="_x0000_s1026" alt="&quot;&quot;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45pt" to="510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" strokecolor="#272727 [2749]" strokeweight="2.25pt">
                <v:stroke linestyle="thinThin"/>
              </v:line>
            </w:pict>
          </mc:Fallback>
        </mc:AlternateContent>
      </w:r>
    </w:p>
    <w:p w14:paraId="0D499518" w14:textId="77777777" w:rsidR="00A20A4A" w:rsidRDefault="006E3C0D" w:rsidP="00E54648">
      <w:pPr>
        <w:pStyle w:val="Heading1"/>
        <w:spacing w:before="0"/>
      </w:pPr>
      <w:r>
        <w:t>Payee information</w:t>
      </w:r>
    </w:p>
    <w:p w14:paraId="5AE9640D" w14:textId="40C4BE3B" w:rsidR="00A20A4A" w:rsidRDefault="006E3C0D">
      <w:r>
        <w:t xml:space="preserve">Full legal name: </w:t>
      </w:r>
      <w:r w:rsidR="00B3017F" w:rsidRPr="00B62898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0" w:name="Text28"/>
      <w:r w:rsidR="00B3017F" w:rsidRPr="00B62898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B3017F" w:rsidRPr="00B62898">
        <w:rPr>
          <w:rFonts w:ascii="Segoe UI" w:hAnsi="Segoe UI" w:cs="Segoe UI"/>
          <w:sz w:val="16"/>
          <w:szCs w:val="16"/>
          <w:u w:val="single"/>
        </w:rPr>
      </w:r>
      <w:r w:rsidR="00B3017F" w:rsidRPr="00B62898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E80F9C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E80F9C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E80F9C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E80F9C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E80F9C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B3017F" w:rsidRPr="00B62898">
        <w:rPr>
          <w:rFonts w:ascii="Segoe UI" w:hAnsi="Segoe UI" w:cs="Segoe UI"/>
          <w:sz w:val="16"/>
          <w:szCs w:val="16"/>
          <w:u w:val="single"/>
        </w:rPr>
        <w:fldChar w:fldCharType="end"/>
      </w:r>
      <w:bookmarkEnd w:id="0"/>
    </w:p>
    <w:p w14:paraId="46B0389D" w14:textId="2D33D526" w:rsidR="00A20A4A" w:rsidRDefault="006E3C0D">
      <w:r>
        <w:t xml:space="preserve">Business or organization, if applicable: 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914376" w:rsidRPr="00B62898">
        <w:rPr>
          <w:rFonts w:ascii="Segoe UI" w:hAnsi="Segoe UI" w:cs="Segoe UI"/>
          <w:sz w:val="16"/>
          <w:szCs w:val="16"/>
          <w:u w:val="single"/>
        </w:rP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7178BC78" w14:textId="4AA27BD0" w:rsidR="00A20A4A" w:rsidRDefault="006E3C0D">
      <w:r>
        <w:t xml:space="preserve">Email address: 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914376" w:rsidRPr="00B62898">
        <w:rPr>
          <w:rFonts w:ascii="Segoe UI" w:hAnsi="Segoe UI" w:cs="Segoe UI"/>
          <w:sz w:val="16"/>
          <w:szCs w:val="16"/>
          <w:u w:val="single"/>
        </w:rP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end"/>
      </w:r>
      <w:r>
        <w:t xml:space="preserve">  Telephone: 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914376" w:rsidRPr="00B62898">
        <w:rPr>
          <w:rFonts w:ascii="Segoe UI" w:hAnsi="Segoe UI" w:cs="Segoe UI"/>
          <w:sz w:val="16"/>
          <w:szCs w:val="16"/>
          <w:u w:val="single"/>
        </w:rP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3FE334D7" w14:textId="477C3AD3" w:rsidR="00A20A4A" w:rsidRDefault="006E3C0D">
      <w:r>
        <w:t xml:space="preserve">Mailing address: 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914376" w:rsidRPr="00B62898">
        <w:rPr>
          <w:rFonts w:ascii="Segoe UI" w:hAnsi="Segoe UI" w:cs="Segoe UI"/>
          <w:sz w:val="16"/>
          <w:szCs w:val="16"/>
          <w:u w:val="single"/>
        </w:rP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0A6EEFA7" w14:textId="2E5EFB3B" w:rsidR="00A20A4A" w:rsidRDefault="006E3C0D">
      <w:r>
        <w:t xml:space="preserve">City, state, and ZIP code: 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914376" w:rsidRPr="00B62898">
        <w:rPr>
          <w:rFonts w:ascii="Segoe UI" w:hAnsi="Segoe UI" w:cs="Segoe UI"/>
          <w:sz w:val="16"/>
          <w:szCs w:val="16"/>
          <w:u w:val="single"/>
        </w:rP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5CECA173" w14:textId="77777777" w:rsidR="00A20A4A" w:rsidRDefault="006E3C0D">
      <w:pPr>
        <w:pStyle w:val="Heading1"/>
      </w:pPr>
      <w:r>
        <w:t>Service and payment details</w:t>
      </w:r>
    </w:p>
    <w:p w14:paraId="7CFA9310" w14:textId="04E87949" w:rsidR="00A20A4A" w:rsidRDefault="006E3C0D">
      <w:r>
        <w:t>Total contract amount: $</w:t>
      </w:r>
      <w:r w:rsidR="00B62898">
        <w:t xml:space="preserve"> 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914376" w:rsidRPr="00B62898">
        <w:rPr>
          <w:rFonts w:ascii="Segoe UI" w:hAnsi="Segoe UI" w:cs="Segoe UI"/>
          <w:sz w:val="16"/>
          <w:szCs w:val="16"/>
          <w:u w:val="single"/>
        </w:rP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end"/>
      </w:r>
      <w:r>
        <w:t xml:space="preserve">  Include any travel expenses in this amount.</w:t>
      </w:r>
    </w:p>
    <w:p w14:paraId="33E8C84C" w14:textId="28475BBE" w:rsidR="00A20A4A" w:rsidRDefault="006E3C0D">
      <w:r>
        <w:t xml:space="preserve">Contract start date: 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914376" w:rsidRPr="00B62898">
        <w:rPr>
          <w:rFonts w:ascii="Segoe UI" w:hAnsi="Segoe UI" w:cs="Segoe UI"/>
          <w:sz w:val="16"/>
          <w:szCs w:val="16"/>
          <w:u w:val="single"/>
        </w:rP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end"/>
      </w:r>
      <w:r>
        <w:t xml:space="preserve">  Contract end date: 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914376" w:rsidRPr="00B62898">
        <w:rPr>
          <w:rFonts w:ascii="Segoe UI" w:hAnsi="Segoe UI" w:cs="Segoe UI"/>
          <w:sz w:val="16"/>
          <w:szCs w:val="16"/>
          <w:u w:val="single"/>
        </w:rP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0458CC47" w14:textId="729F9703" w:rsidR="00A20A4A" w:rsidRDefault="006E3C0D" w:rsidP="00DB1767">
      <w:pPr>
        <w:spacing w:after="240"/>
        <w:rPr>
          <w:rFonts w:ascii="Segoe UI" w:hAnsi="Segoe UI" w:cs="Segoe UI"/>
          <w:sz w:val="16"/>
          <w:szCs w:val="16"/>
        </w:rPr>
      </w:pPr>
      <w:r>
        <w:t xml:space="preserve">Description of services to be performed: 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914376" w:rsidRPr="00B62898">
        <w:rPr>
          <w:rFonts w:ascii="Segoe UI" w:hAnsi="Segoe UI" w:cs="Segoe UI"/>
          <w:sz w:val="16"/>
          <w:szCs w:val="16"/>
          <w:u w:val="single"/>
        </w:rPr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D3471F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D3471F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D3471F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D3471F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D3471F" w:rsidRPr="00B62898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B62898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2E1A115C" w14:textId="000E4DFB" w:rsidR="00914376" w:rsidRDefault="00DB1767" w:rsidP="00DB176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D24277" wp14:editId="004CB67D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483350" cy="0"/>
                <wp:effectExtent l="0" t="19050" r="31750" b="19050"/>
                <wp:wrapNone/>
                <wp:docPr id="1943861222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3350" cy="0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B807B" id="Straight Connector 1" o:spid="_x0000_s1026" alt="&quot;&quot;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510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" strokecolor="#272727 [2749]" strokeweight="2.25pt">
                <v:stroke linestyle="thinThin"/>
              </v:line>
            </w:pict>
          </mc:Fallback>
        </mc:AlternateContent>
      </w:r>
    </w:p>
    <w:p w14:paraId="5DA169E7" w14:textId="77777777" w:rsidR="00A20A4A" w:rsidRDefault="006E3C0D" w:rsidP="00DB1767">
      <w:pPr>
        <w:pStyle w:val="Heading1"/>
        <w:spacing w:before="0"/>
      </w:pPr>
      <w:r>
        <w:t>Additional funding sources</w:t>
      </w:r>
    </w:p>
    <w:p w14:paraId="14689FE8" w14:textId="5628B0E5" w:rsidR="00A20A4A" w:rsidRDefault="006E3C0D">
      <w:r>
        <w:t>If applicable, list other accounts contributing to the total contract amount.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5328"/>
        <w:gridCol w:w="2448"/>
      </w:tblGrid>
      <w:tr w:rsidR="00A20A4A" w14:paraId="2071ACBB" w14:textId="77777777" w:rsidTr="00B62898">
        <w:trPr>
          <w:trHeight w:val="432"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vAlign w:val="center"/>
          </w:tcPr>
          <w:p w14:paraId="0CCB4AB8" w14:textId="77777777" w:rsidR="00A20A4A" w:rsidRDefault="006E3C0D" w:rsidP="00B62898">
            <w:pPr>
              <w:spacing w:after="0"/>
            </w:pPr>
            <w:r>
              <w:rPr>
                <w:b/>
              </w:rPr>
              <w:t>Account number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vAlign w:val="center"/>
          </w:tcPr>
          <w:p w14:paraId="6DFE3A99" w14:textId="77777777" w:rsidR="00A20A4A" w:rsidRDefault="006E3C0D" w:rsidP="00B62898">
            <w:pPr>
              <w:spacing w:after="0"/>
            </w:pPr>
            <w:r>
              <w:rPr>
                <w:b/>
              </w:rPr>
              <w:t>Department title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vAlign w:val="center"/>
          </w:tcPr>
          <w:p w14:paraId="4D1B03E8" w14:textId="77777777" w:rsidR="00A20A4A" w:rsidRDefault="006E3C0D" w:rsidP="00B62898">
            <w:pPr>
              <w:spacing w:after="0"/>
            </w:pPr>
            <w:r>
              <w:rPr>
                <w:b/>
              </w:rPr>
              <w:t>Amount to charge</w:t>
            </w:r>
          </w:p>
        </w:tc>
      </w:tr>
      <w:tr w:rsidR="00914376" w14:paraId="120A6CAF" w14:textId="77777777" w:rsidTr="00B62898">
        <w:trPr>
          <w:trHeight w:val="432"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FC466B" w14:textId="3918BD61" w:rsidR="00914376" w:rsidRDefault="00914376" w:rsidP="00B62898">
            <w:pPr>
              <w:spacing w:after="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265176" w14:textId="0EA48279" w:rsidR="00914376" w:rsidRDefault="00914376" w:rsidP="00B62898">
            <w:pPr>
              <w:spacing w:after="0"/>
            </w:pP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773103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773103">
              <w:rPr>
                <w:rFonts w:ascii="Segoe UI" w:hAnsi="Segoe UI" w:cs="Segoe UI"/>
                <w:sz w:val="16"/>
                <w:szCs w:val="16"/>
              </w:rPr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0FE680" w14:textId="4DC4DAD0" w:rsidR="00914376" w:rsidRDefault="00914376" w:rsidP="00B62898">
            <w:pPr>
              <w:spacing w:after="0"/>
            </w:pP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773103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773103">
              <w:rPr>
                <w:rFonts w:ascii="Segoe UI" w:hAnsi="Segoe UI" w:cs="Segoe UI"/>
                <w:sz w:val="16"/>
                <w:szCs w:val="16"/>
              </w:rPr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914376" w14:paraId="56824B90" w14:textId="77777777" w:rsidTr="00B62898">
        <w:trPr>
          <w:trHeight w:val="432"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4F8212F" w14:textId="2F43DFDD" w:rsidR="00914376" w:rsidRDefault="00914376" w:rsidP="00B62898">
            <w:pPr>
              <w:spacing w:after="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E1DD6FA" w14:textId="582E1987" w:rsidR="00914376" w:rsidRDefault="00914376" w:rsidP="00B62898">
            <w:pPr>
              <w:spacing w:after="0"/>
            </w:pP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773103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773103">
              <w:rPr>
                <w:rFonts w:ascii="Segoe UI" w:hAnsi="Segoe UI" w:cs="Segoe UI"/>
                <w:sz w:val="16"/>
                <w:szCs w:val="16"/>
              </w:rPr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CCF290" w14:textId="140B3036" w:rsidR="00914376" w:rsidRDefault="00914376" w:rsidP="00B62898">
            <w:pPr>
              <w:spacing w:after="0"/>
            </w:pP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773103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773103">
              <w:rPr>
                <w:rFonts w:ascii="Segoe UI" w:hAnsi="Segoe UI" w:cs="Segoe UI"/>
                <w:sz w:val="16"/>
                <w:szCs w:val="16"/>
              </w:rPr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914376" w14:paraId="1908A18D" w14:textId="77777777" w:rsidTr="00B62898">
        <w:trPr>
          <w:trHeight w:val="432"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99B791" w14:textId="173778CB" w:rsidR="00914376" w:rsidRDefault="00914376" w:rsidP="00B62898">
            <w:pPr>
              <w:spacing w:after="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>
              <w:rPr>
                <w:rFonts w:ascii="Segoe UI" w:hAnsi="Segoe UI" w:cs="Segoe UI"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72410DE" w14:textId="7B963D91" w:rsidR="00914376" w:rsidRDefault="00914376" w:rsidP="00B62898">
            <w:pPr>
              <w:spacing w:after="0"/>
            </w:pP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773103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773103">
              <w:rPr>
                <w:rFonts w:ascii="Segoe UI" w:hAnsi="Segoe UI" w:cs="Segoe UI"/>
                <w:sz w:val="16"/>
                <w:szCs w:val="16"/>
              </w:rPr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A7CA4C" w14:textId="0C454882" w:rsidR="00914376" w:rsidRDefault="00914376" w:rsidP="00B62898">
            <w:pPr>
              <w:spacing w:after="0"/>
            </w:pP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773103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773103">
              <w:rPr>
                <w:rFonts w:ascii="Segoe UI" w:hAnsi="Segoe UI" w:cs="Segoe UI"/>
                <w:sz w:val="16"/>
                <w:szCs w:val="16"/>
              </w:rPr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773103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</w:tbl>
    <w:p w14:paraId="3DB45FE4" w14:textId="0FAE3AD0" w:rsidR="009E7330" w:rsidRDefault="009E7330" w:rsidP="00D473F1">
      <w:pPr>
        <w:pStyle w:val="Heading1"/>
        <w:spacing w:before="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794B1C4" wp14:editId="605EBBBC">
                <wp:simplePos x="0" y="0"/>
                <wp:positionH relativeFrom="column">
                  <wp:posOffset>1270</wp:posOffset>
                </wp:positionH>
                <wp:positionV relativeFrom="paragraph">
                  <wp:posOffset>194777</wp:posOffset>
                </wp:positionV>
                <wp:extent cx="6483350" cy="0"/>
                <wp:effectExtent l="0" t="19050" r="31750" b="19050"/>
                <wp:wrapNone/>
                <wp:docPr id="1721649114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3350" cy="0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21A2A" id="Straight Connector 1" o:spid="_x0000_s1026" alt="&quot;&quot;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5.35pt" to="510.6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" strokecolor="#272727 [2749]" strokeweight="2.25pt">
                <v:stroke linestyle="thinThin"/>
              </v:line>
            </w:pict>
          </mc:Fallback>
        </mc:AlternateContent>
      </w:r>
    </w:p>
    <w:p w14:paraId="7B2A4CD3" w14:textId="5B84C609" w:rsidR="00A20A4A" w:rsidRDefault="006E3C0D" w:rsidP="00D473F1">
      <w:pPr>
        <w:pStyle w:val="Heading1"/>
        <w:spacing w:before="120"/>
      </w:pPr>
      <w:r>
        <w:t>Approvals and funding authorization</w:t>
      </w:r>
    </w:p>
    <w:p w14:paraId="20D23A1C" w14:textId="6CE26DDC" w:rsidR="00A20A4A" w:rsidRDefault="006E3C0D">
      <w:r>
        <w:t xml:space="preserve">Department chair electronic signature: </w:t>
      </w:r>
      <w:r w:rsidR="00914376" w:rsidRPr="003C1D60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14376" w:rsidRPr="003C1D60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914376" w:rsidRPr="003C1D60">
        <w:rPr>
          <w:rFonts w:ascii="Segoe UI" w:hAnsi="Segoe UI" w:cs="Segoe UI"/>
          <w:sz w:val="16"/>
          <w:szCs w:val="16"/>
          <w:u w:val="single"/>
        </w:rPr>
      </w:r>
      <w:r w:rsidR="00914376" w:rsidRPr="003C1D60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914376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914376" w:rsidRPr="003C1D60">
        <w:rPr>
          <w:rFonts w:ascii="Segoe UI" w:hAnsi="Segoe UI" w:cs="Segoe UI"/>
          <w:sz w:val="16"/>
          <w:szCs w:val="16"/>
          <w:u w:val="single"/>
        </w:rPr>
        <w:fldChar w:fldCharType="end"/>
      </w:r>
      <w:r w:rsidR="003C1D60">
        <w:rPr>
          <w:rFonts w:ascii="Segoe UI" w:hAnsi="Segoe UI" w:cs="Segoe UI"/>
          <w:sz w:val="16"/>
          <w:szCs w:val="16"/>
        </w:rPr>
        <w:t xml:space="preserve">            </w:t>
      </w:r>
      <w:r>
        <w:t xml:space="preserve">  </w:t>
      </w:r>
      <w:r w:rsidR="003C1D60">
        <w:t xml:space="preserve">                   </w:t>
      </w:r>
      <w:r>
        <w:t xml:space="preserve">Date: 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3C1D60" w:rsidRPr="003C1D60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3C1D60" w:rsidRPr="003C1D60">
        <w:rPr>
          <w:rFonts w:ascii="Segoe UI" w:hAnsi="Segoe UI" w:cs="Segoe UI"/>
          <w:sz w:val="16"/>
          <w:szCs w:val="16"/>
          <w:u w:val="single"/>
        </w:rPr>
      </w:r>
      <w:r w:rsidR="003C1D60" w:rsidRPr="003C1D60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3C0BF699" w14:textId="4AF5ABB3" w:rsidR="00A20A4A" w:rsidRDefault="006E3C0D" w:rsidP="00DB1767">
      <w:pPr>
        <w:spacing w:after="360"/>
      </w:pPr>
      <w:r>
        <w:t xml:space="preserve">Dean electronic signature: 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3C1D60" w:rsidRPr="003C1D60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3C1D60" w:rsidRPr="003C1D60">
        <w:rPr>
          <w:rFonts w:ascii="Segoe UI" w:hAnsi="Segoe UI" w:cs="Segoe UI"/>
          <w:sz w:val="16"/>
          <w:szCs w:val="16"/>
          <w:u w:val="single"/>
        </w:rPr>
      </w:r>
      <w:r w:rsidR="003C1D60" w:rsidRPr="003C1D60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fldChar w:fldCharType="end"/>
      </w:r>
      <w:r>
        <w:t xml:space="preserve">  </w:t>
      </w:r>
      <w:r w:rsidR="003C1D60">
        <w:t xml:space="preserve">                                 </w:t>
      </w:r>
      <w:r w:rsidR="003C1D60">
        <w:tab/>
        <w:t xml:space="preserve">         </w:t>
      </w:r>
      <w:r>
        <w:t xml:space="preserve">Date: 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3C1D60" w:rsidRPr="003C1D60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3C1D60" w:rsidRPr="003C1D60">
        <w:rPr>
          <w:rFonts w:ascii="Segoe UI" w:hAnsi="Segoe UI" w:cs="Segoe UI"/>
          <w:sz w:val="16"/>
          <w:szCs w:val="16"/>
          <w:u w:val="single"/>
        </w:rPr>
      </w:r>
      <w:r w:rsidR="003C1D60" w:rsidRPr="003C1D60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t> </w:t>
      </w:r>
      <w:r w:rsidR="003C1D60" w:rsidRPr="003C1D60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0581B0E0" w14:textId="35B4BD12" w:rsidR="009E7330" w:rsidRDefault="00DB176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C623D8" wp14:editId="5959FA2C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483350" cy="0"/>
                <wp:effectExtent l="0" t="19050" r="31750" b="19050"/>
                <wp:wrapNone/>
                <wp:docPr id="521174679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3350" cy="0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74E488" id="Straight Connector 1" o:spid="_x0000_s1026" alt="&quot;&quot;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510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" strokecolor="#272727 [2749]" strokeweight="2.25pt">
                <v:stroke linestyle="thinThin"/>
              </v:line>
            </w:pict>
          </mc:Fallback>
        </mc:AlternateContent>
      </w:r>
    </w:p>
    <w:p w14:paraId="4C0FC1BD" w14:textId="4A907C72" w:rsidR="00A20A4A" w:rsidRDefault="006E3C0D">
      <w:r>
        <w:t xml:space="preserve">Email the completed form and supporting documentation to Amanda Beaton at </w:t>
      </w:r>
      <w:hyperlink r:id="rId11">
        <w:r>
          <w:rPr>
            <w:color w:val="0563C1"/>
            <w:u w:val="single"/>
          </w:rPr>
          <w:t>marzolam@buffalostate.edu</w:t>
        </w:r>
      </w:hyperlink>
      <w:r>
        <w:t>.</w:t>
      </w:r>
      <w:r w:rsidR="00BA3C38">
        <w:t xml:space="preserve"> </w:t>
      </w:r>
      <w:r>
        <w:t>See the following page for payment requirements.</w:t>
      </w:r>
    </w:p>
    <w:p w14:paraId="300AC8DA" w14:textId="77777777" w:rsidR="00D473F1" w:rsidRDefault="00D473F1"/>
    <w:p w14:paraId="71B1800D" w14:textId="77777777" w:rsidR="00A20A4A" w:rsidRDefault="006E3C0D">
      <w:pPr>
        <w:pStyle w:val="Title"/>
      </w:pPr>
      <w:r>
        <w:t>Submission and Payment Instructions</w:t>
      </w:r>
    </w:p>
    <w:p w14:paraId="418A78FF" w14:textId="77777777" w:rsidR="00A20A4A" w:rsidRDefault="006E3C0D">
      <w:pPr>
        <w:pStyle w:val="Heading1"/>
      </w:pPr>
      <w:r>
        <w:t>Before services are performed</w:t>
      </w:r>
    </w:p>
    <w:p w14:paraId="7850954A" w14:textId="77777777" w:rsidR="00A20A4A" w:rsidRDefault="006E3C0D">
      <w:r>
        <w:t>Submit the completed Service Payment Request Form and applicable supporting documentation to the SAS Dean’s Office before services are performed or any commitment is made to the service provider.</w:t>
      </w:r>
    </w:p>
    <w:p w14:paraId="467C4319" w14:textId="77777777" w:rsidR="00A20A4A" w:rsidRDefault="006E3C0D">
      <w:r>
        <w:t xml:space="preserve">Email materials to Amanda Beaton at </w:t>
      </w:r>
      <w:hyperlink r:id="rId12">
        <w:r>
          <w:rPr>
            <w:color w:val="0563C1"/>
            <w:u w:val="single"/>
          </w:rPr>
          <w:t>marzolam@buffalostate.edu</w:t>
        </w:r>
      </w:hyperlink>
      <w:r>
        <w:t>.</w:t>
      </w:r>
    </w:p>
    <w:p w14:paraId="282702CE" w14:textId="77777777" w:rsidR="00A20A4A" w:rsidRDefault="006E3C0D">
      <w:pPr>
        <w:pStyle w:val="Heading1"/>
      </w:pPr>
      <w:r>
        <w:t>After services are completed</w:t>
      </w:r>
    </w:p>
    <w:p w14:paraId="7BA361D0" w14:textId="77777777" w:rsidR="00A20A4A" w:rsidRDefault="006E3C0D">
      <w:r>
        <w:t>Submit the following to the SAS Dean’s Office for payment processing:</w:t>
      </w:r>
    </w:p>
    <w:p w14:paraId="45EC659E" w14:textId="711887BF" w:rsidR="00A20A4A" w:rsidRDefault="00F57118">
      <w:sdt>
        <w:sdtPr>
          <w:alias w:val="Completed Foundation Payment Request Form"/>
          <w:tag w:val="Completed Foundation Payment Request Form"/>
          <w:id w:val="52356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2898">
            <w:rPr>
              <w:rFonts w:ascii="MS Gothic" w:eastAsia="MS Gothic" w:hAnsi="MS Gothic" w:hint="eastAsia"/>
            </w:rPr>
            <w:t>☐</w:t>
          </w:r>
        </w:sdtContent>
      </w:sdt>
      <w:r w:rsidR="006E3C0D">
        <w:t xml:space="preserve"> Completed Foundation Payment Request Form</w:t>
      </w:r>
      <w:r w:rsidR="006E3C0D">
        <w:br/>
      </w:r>
      <w:sdt>
        <w:sdtPr>
          <w:alias w:val="Invoice describing the services performed and the amount due"/>
          <w:tag w:val="Invoice describing the services performed and the amount due"/>
          <w:id w:val="-970207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2898">
            <w:rPr>
              <w:rFonts w:ascii="MS Gothic" w:eastAsia="MS Gothic" w:hAnsi="MS Gothic" w:hint="eastAsia"/>
            </w:rPr>
            <w:t>☐</w:t>
          </w:r>
        </w:sdtContent>
      </w:sdt>
      <w:r w:rsidR="006E3C0D">
        <w:t xml:space="preserve"> Invoice describing the services performed and the amount due</w:t>
      </w:r>
      <w:r w:rsidR="006E3C0D">
        <w:br/>
      </w:r>
      <w:sdt>
        <w:sdtPr>
          <w:alias w:val="NYS Substitute W-9 Form"/>
          <w:tag w:val="NYS Substitute W-9 Form"/>
          <w:id w:val="1889989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2898">
            <w:rPr>
              <w:rFonts w:ascii="MS Gothic" w:eastAsia="MS Gothic" w:hAnsi="MS Gothic" w:hint="eastAsia"/>
            </w:rPr>
            <w:t>☐</w:t>
          </w:r>
        </w:sdtContent>
      </w:sdt>
      <w:r w:rsidR="006E3C0D">
        <w:t xml:space="preserve"> NYS Substitute W-9 Form, if the payee does not have a current NYS vendor file</w:t>
      </w:r>
    </w:p>
    <w:p w14:paraId="19033E62" w14:textId="77777777" w:rsidR="00A20A4A" w:rsidRDefault="006E3C0D">
      <w:r>
        <w:rPr>
          <w:b/>
        </w:rPr>
        <w:t>Payment cannot be processed until all required documentation has been received.</w:t>
      </w:r>
    </w:p>
    <w:p w14:paraId="2C7D033B" w14:textId="77777777" w:rsidR="00A20A4A" w:rsidRDefault="006E3C0D">
      <w:pPr>
        <w:pStyle w:val="Heading1"/>
      </w:pPr>
      <w:r>
        <w:t>Vendor registration</w:t>
      </w:r>
    </w:p>
    <w:p w14:paraId="52F1A8CD" w14:textId="77777777" w:rsidR="00A20A4A" w:rsidRDefault="006E3C0D">
      <w:r>
        <w:t>All individuals and organizations doing business with Buffalo State or other New York State agencies must be registered in the NYS Vendor File before payment can be processed.</w:t>
      </w:r>
    </w:p>
    <w:p w14:paraId="1BE5AD6C" w14:textId="77777777" w:rsidR="00A20A4A" w:rsidRDefault="006E3C0D">
      <w:r>
        <w:t xml:space="preserve">Payees who are not registered must complete the </w:t>
      </w:r>
      <w:hyperlink r:id="rId13">
        <w:r>
          <w:rPr>
            <w:color w:val="0563C1"/>
            <w:u w:val="single"/>
          </w:rPr>
          <w:t>NYS Substitute W-9 Form</w:t>
        </w:r>
      </w:hyperlink>
      <w:r>
        <w:t>.</w:t>
      </w:r>
    </w:p>
    <w:p w14:paraId="553ABFC1" w14:textId="77777777" w:rsidR="00A20A4A" w:rsidRDefault="006E3C0D">
      <w:pPr>
        <w:pStyle w:val="Heading1"/>
      </w:pPr>
      <w:r>
        <w:t>Service fees and travel expenses</w:t>
      </w:r>
    </w:p>
    <w:p w14:paraId="49DB3FCE" w14:textId="77777777" w:rsidR="00A20A4A" w:rsidRDefault="006E3C0D">
      <w:r>
        <w:t>The negotiated fee must include both the fee for services and any travel expenses. Use employee travel allowances as a guide when determining whether the travel portion of the fee is reasonable.</w:t>
      </w:r>
    </w:p>
    <w:p w14:paraId="7B2BA2DD" w14:textId="77777777" w:rsidR="00A20A4A" w:rsidRDefault="006E3C0D">
      <w:r>
        <w:t>Once an all-inclusive fee is agreed upon, travel expense receipts are not required. These payments are subject to IRS Form 1099 reporting requirements.</w:t>
      </w:r>
    </w:p>
    <w:p w14:paraId="5414011A" w14:textId="77777777" w:rsidR="00A20A4A" w:rsidRDefault="006E3C0D">
      <w:pPr>
        <w:pStyle w:val="Heading1"/>
      </w:pPr>
      <w:r>
        <w:t xml:space="preserve">Services </w:t>
      </w:r>
      <w:proofErr w:type="gramStart"/>
      <w:r>
        <w:t>exceeding</w:t>
      </w:r>
      <w:proofErr w:type="gramEnd"/>
      <w:r>
        <w:t xml:space="preserve"> $2,500</w:t>
      </w:r>
    </w:p>
    <w:p w14:paraId="1E7B365D" w14:textId="77777777" w:rsidR="00A20A4A" w:rsidRDefault="006E3C0D">
      <w:r>
        <w:t>Requests exceeding $2,500 must follow applicable procurement policies and include at least two quotes or a written justification for selecting the service provider.</w:t>
      </w:r>
    </w:p>
    <w:p w14:paraId="77E1412F" w14:textId="77777777" w:rsidR="00A20A4A" w:rsidRDefault="006E3C0D">
      <w:r>
        <w:t>Quotes are not required for individuals providing speaking engagements or workshops for fees under $2,500.</w:t>
      </w:r>
    </w:p>
    <w:sectPr w:rsidR="00A20A4A" w:rsidSect="00DE3FA0">
      <w:headerReference w:type="first" r:id="rId14"/>
      <w:footerReference w:type="first" r:id="rId15"/>
      <w:pgSz w:w="12240" w:h="15840"/>
      <w:pgMar w:top="864" w:right="1008" w:bottom="864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035D8" w14:textId="77777777" w:rsidR="00F57118" w:rsidRDefault="00F57118" w:rsidP="00DE3FA0">
      <w:pPr>
        <w:spacing w:after="0" w:line="240" w:lineRule="auto"/>
      </w:pPr>
      <w:r>
        <w:separator/>
      </w:r>
    </w:p>
  </w:endnote>
  <w:endnote w:type="continuationSeparator" w:id="0">
    <w:p w14:paraId="6C2C4236" w14:textId="77777777" w:rsidR="00F57118" w:rsidRDefault="00F57118" w:rsidP="00DE3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498BA" w14:textId="7C37980E" w:rsidR="00BA3C38" w:rsidRDefault="00BA3C38" w:rsidP="00BA3C38">
    <w:pPr>
      <w:pStyle w:val="Footer"/>
      <w:jc w:val="right"/>
    </w:pPr>
    <w:r>
      <w:t>[Revised 9/15/2026]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6E98C" w14:textId="77777777" w:rsidR="00F57118" w:rsidRDefault="00F57118" w:rsidP="00DE3FA0">
      <w:pPr>
        <w:spacing w:after="0" w:line="240" w:lineRule="auto"/>
      </w:pPr>
      <w:r>
        <w:separator/>
      </w:r>
    </w:p>
  </w:footnote>
  <w:footnote w:type="continuationSeparator" w:id="0">
    <w:p w14:paraId="5D382ECC" w14:textId="77777777" w:rsidR="00F57118" w:rsidRDefault="00F57118" w:rsidP="00DE3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8"/>
      <w:gridCol w:w="4950"/>
    </w:tblGrid>
    <w:tr w:rsidR="00DE3FA0" w14:paraId="7DCBA164" w14:textId="77777777" w:rsidTr="00D23DB4">
      <w:trPr>
        <w:trHeight w:val="1125"/>
      </w:trPr>
      <w:tc>
        <w:tcPr>
          <w:tcW w:w="5058" w:type="dxa"/>
        </w:tcPr>
        <w:p w14:paraId="0B26F6CD" w14:textId="77777777" w:rsidR="00DE3FA0" w:rsidRDefault="00DE3FA0" w:rsidP="00DE3FA0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07FB7124" wp14:editId="543036A3">
                <wp:simplePos x="0" y="0"/>
                <wp:positionH relativeFrom="column">
                  <wp:posOffset>-1905</wp:posOffset>
                </wp:positionH>
                <wp:positionV relativeFrom="paragraph">
                  <wp:posOffset>0</wp:posOffset>
                </wp:positionV>
                <wp:extent cx="3114675" cy="693886"/>
                <wp:effectExtent l="0" t="0" r="0" b="0"/>
                <wp:wrapNone/>
                <wp:docPr id="2023057491" name="Picture 1" descr="Arts &amp; Science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7552117" name="Picture 1" descr="Arts &amp; Sciences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24" t="11492" b="1120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9607" cy="6949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50" w:type="dxa"/>
          <w:vAlign w:val="center"/>
        </w:tcPr>
        <w:p w14:paraId="70D6DC3A" w14:textId="77777777" w:rsidR="00DE3FA0" w:rsidRPr="00605726" w:rsidRDefault="00DE3FA0" w:rsidP="00481E95">
          <w:pPr>
            <w:pStyle w:val="Heading1"/>
            <w:jc w:val="right"/>
            <w:rPr>
              <w:b w:val="0"/>
              <w:bCs w:val="0"/>
              <w:color w:val="auto"/>
              <w:sz w:val="32"/>
              <w:szCs w:val="32"/>
            </w:rPr>
          </w:pPr>
          <w:r>
            <w:rPr>
              <w:color w:val="auto"/>
              <w:sz w:val="32"/>
              <w:szCs w:val="32"/>
            </w:rPr>
            <w:t>Contract for Service Form</w:t>
          </w:r>
        </w:p>
      </w:tc>
    </w:tr>
  </w:tbl>
  <w:p w14:paraId="246A5C63" w14:textId="77777777" w:rsidR="00DE3FA0" w:rsidRDefault="00DE3F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7115254">
    <w:abstractNumId w:val="8"/>
  </w:num>
  <w:num w:numId="2" w16cid:durableId="403992066">
    <w:abstractNumId w:val="6"/>
  </w:num>
  <w:num w:numId="3" w16cid:durableId="1383560916">
    <w:abstractNumId w:val="5"/>
  </w:num>
  <w:num w:numId="4" w16cid:durableId="2024672013">
    <w:abstractNumId w:val="4"/>
  </w:num>
  <w:num w:numId="5" w16cid:durableId="510147634">
    <w:abstractNumId w:val="7"/>
  </w:num>
  <w:num w:numId="6" w16cid:durableId="938876797">
    <w:abstractNumId w:val="3"/>
  </w:num>
  <w:num w:numId="7" w16cid:durableId="1144540655">
    <w:abstractNumId w:val="2"/>
  </w:num>
  <w:num w:numId="8" w16cid:durableId="1361931825">
    <w:abstractNumId w:val="1"/>
  </w:num>
  <w:num w:numId="9" w16cid:durableId="1512526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mGtuDV60TP+vvjEoRCiEPhJJKDFoECL/ftm3lHZRkTlQNQZ33h14CHd4oAKDkh50FQUYw9p7NAgUkwSacHOEDg==" w:salt="An/vvIiqB24uyfR6uAE/7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1D60"/>
    <w:rsid w:val="0040710C"/>
    <w:rsid w:val="004438EE"/>
    <w:rsid w:val="00481E95"/>
    <w:rsid w:val="00543FEC"/>
    <w:rsid w:val="006D0977"/>
    <w:rsid w:val="006E3C0D"/>
    <w:rsid w:val="007167E1"/>
    <w:rsid w:val="008E5495"/>
    <w:rsid w:val="00914376"/>
    <w:rsid w:val="00957E9E"/>
    <w:rsid w:val="00962B2A"/>
    <w:rsid w:val="009C49CC"/>
    <w:rsid w:val="009E7330"/>
    <w:rsid w:val="00A20A4A"/>
    <w:rsid w:val="00A52D65"/>
    <w:rsid w:val="00AA1D8D"/>
    <w:rsid w:val="00B3017F"/>
    <w:rsid w:val="00B47730"/>
    <w:rsid w:val="00B62898"/>
    <w:rsid w:val="00BA3C38"/>
    <w:rsid w:val="00CB0664"/>
    <w:rsid w:val="00D015DF"/>
    <w:rsid w:val="00D3471F"/>
    <w:rsid w:val="00D473F1"/>
    <w:rsid w:val="00DB1767"/>
    <w:rsid w:val="00DE3FA0"/>
    <w:rsid w:val="00E54648"/>
    <w:rsid w:val="00E80F9C"/>
    <w:rsid w:val="00F571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5743464-E507-4F22-AA4F-C24A1E3B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ocurement.buffalostate.edu/sites/procurement/files/documents/NYSSubstituteFormW9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zolam@buffalostate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zolam@buffalostate.ed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747b09-4d4f-429b-bf56-d3c8754b4033">
      <Terms xmlns="http://schemas.microsoft.com/office/infopath/2007/PartnerControls"/>
    </lcf76f155ced4ddcb4097134ff3c332f>
    <TaxCatchAll xmlns="d5bd0815-a919-4e69-90d0-3dcc4f989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7BD96B0DDDD45B7B88C6A4F763407" ma:contentTypeVersion="12" ma:contentTypeDescription="Create a new document." ma:contentTypeScope="" ma:versionID="3b11e65488c267f687c61803c39e8d25">
  <xsd:schema xmlns:xsd="http://www.w3.org/2001/XMLSchema" xmlns:xs="http://www.w3.org/2001/XMLSchema" xmlns:p="http://schemas.microsoft.com/office/2006/metadata/properties" xmlns:ns2="37747b09-4d4f-429b-bf56-d3c8754b4033" xmlns:ns3="d5bd0815-a919-4e69-90d0-3dcc4f9894b1" targetNamespace="http://schemas.microsoft.com/office/2006/metadata/properties" ma:root="true" ma:fieldsID="6e69ff9e3465f06833d724264ed0c9d5" ns2:_="" ns3:_="">
    <xsd:import namespace="37747b09-4d4f-429b-bf56-d3c8754b4033"/>
    <xsd:import namespace="d5bd0815-a919-4e69-90d0-3dcc4f9894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47b09-4d4f-429b-bf56-d3c8754b4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3fd32b-b413-49a2-949f-b4baa8a263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d0815-a919-4e69-90d0-3dcc4f9894b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0e28cd-7b53-4609-9661-9fbaeb6f440e}" ma:internalName="TaxCatchAll" ma:showField="CatchAllData" ma:web="d5bd0815-a919-4e69-90d0-3dcc4f9894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00C0C0-2558-4CF2-84F6-CDE95FC3711A}">
  <ds:schemaRefs>
    <ds:schemaRef ds:uri="http://schemas.microsoft.com/office/2006/metadata/properties"/>
    <ds:schemaRef ds:uri="http://schemas.microsoft.com/office/infopath/2007/PartnerControls"/>
    <ds:schemaRef ds:uri="37747b09-4d4f-429b-bf56-d3c8754b4033"/>
    <ds:schemaRef ds:uri="d5bd0815-a919-4e69-90d0-3dcc4f9894b1"/>
  </ds:schemaRefs>
</ds:datastoreItem>
</file>

<file path=customXml/itemProps2.xml><?xml version="1.0" encoding="utf-8"?>
<ds:datastoreItem xmlns:ds="http://schemas.openxmlformats.org/officeDocument/2006/customXml" ds:itemID="{84CA4959-2DCE-4594-BFB4-F83139489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747b09-4d4f-429b-bf56-d3c8754b4033"/>
    <ds:schemaRef ds:uri="d5bd0815-a919-4e69-90d0-3dcc4f9894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A538AB-1935-475A-AFE2-601707FE0E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Service Payment Request Form</dc:title>
  <dc:subject/>
  <dc:creator>School of Arts and Sciences</dc:creator>
  <cp:keywords/>
  <dc:description>generated by python-docx</dc:description>
  <cp:lastModifiedBy>Beaton, Amanda M</cp:lastModifiedBy>
  <cp:revision>27</cp:revision>
  <dcterms:created xsi:type="dcterms:W3CDTF">2013-12-23T23:15:00Z</dcterms:created>
  <dcterms:modified xsi:type="dcterms:W3CDTF">2026-09-15T19:54:00Z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0x010100AD57BD96B0DDDD45B7B88C6A4F763407</vt:lpwstr>
  </property>
  <property fmtid="{D5CDD505-2E9C-101B-9397-08002B2CF9AE}" pid="3" name="MediaServiceImageTags">
    <vt:lpwstr/>
  </property>
</Properties>
</file>